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p>
    <w:tbl>
      <w:tblPr>
        <w:tblW w:type="auto" w:w="0"/>
        <w:tblLook w:firstColumn="1" w:firstRow="1" w:lastColumn="0" w:lastRow="0" w:noHBand="0" w:noVBand="1" w:val="04A0"/>
        <w:tblBorders>
          <w:top w:val="nil"/>
          <w:left w:val="nil"/>
          <w:bottom w:val="nil"/>
          <w:right w:val="nil"/>
          <w:insideH w:val="nil"/>
          <w:insideV w:val="nil"/>
        </w:tblBorders>
        <w:tblCellMar>
          <w:left w:w="0" w:type="dxa"/>
          <w:right w:w="113" w:type="dxa"/>
        </w:tblCellMar>
        <w:tblLayout w:type="fixed"/>
      </w:tblPr>
      <w:tblGrid>
        <w:gridCol w:w="5669"/>
        <w:gridCol w:w="3685"/>
      </w:tblGrid>
      <w:tr>
        <w:tc>
          <w:tcPr>
            <w:tcW w:type="dxa" w:w="5669"/>
          </w:tcPr>
          <w:p>
            <w:pPr>
              <w:spacing w:after="120"/>
            </w:pPr>
            <w:commentRangeStart w:id="0"/>
            <w:r/>
            <w:r>
              <w:rPr>
                <w:rFonts w:ascii="Arial" w:hAnsi="Arial"/>
                <w:b w:val="0"/>
                <w:color w:val="9A5B2E"/>
                <w:sz w:val="14"/>
              </w:rPr>
              <w:t>[Firmenname]</w:t>
            </w:r>
            <w:r>
              <w:rPr>
                <w:rFonts w:ascii="Arial" w:hAnsi="Arial"/>
                <w:b w:val="0"/>
                <w:color w:val="5F5A55"/>
                <w:sz w:val="14"/>
              </w:rPr>
              <w:t xml:space="preserve"> · </w:t>
            </w:r>
            <w:r>
              <w:rPr>
                <w:rFonts w:ascii="Arial" w:hAnsi="Arial"/>
                <w:b w:val="0"/>
                <w:color w:val="9A5B2E"/>
                <w:sz w:val="14"/>
              </w:rPr>
              <w:t>[Straße Hausnummer]</w:t>
            </w:r>
            <w:r>
              <w:rPr>
                <w:rFonts w:ascii="Arial" w:hAnsi="Arial"/>
                <w:b w:val="0"/>
                <w:color w:val="5F5A55"/>
                <w:sz w:val="14"/>
              </w:rPr>
              <w:t xml:space="preserve"> · </w:t>
            </w:r>
            <w:r>
              <w:rPr>
                <w:rFonts w:ascii="Arial" w:hAnsi="Arial"/>
                <w:b w:val="0"/>
                <w:color w:val="9A5B2E"/>
                <w:sz w:val="14"/>
              </w:rPr>
              <w:t>[PLZ Ort]</w:t>
            </w:r>
            <w:commentRangeEnd w:id="0"/>
            <w:r>
              <w:rPr>
                <w:rStyle w:val="CommentReference"/>
              </w:rPr>
              <w:commentReference w:id="0"/>
            </w:r>
          </w:p>
          <w:p>
            <w:pPr>
              <w:spacing w:after="0"/>
            </w:pPr>
            <w:r>
              <w:rPr>
                <w:rFonts w:ascii="Arial" w:hAnsi="Arial"/>
                <w:b w:val="0"/>
                <w:color w:val="9A5B2E"/>
                <w:sz w:val="21"/>
              </w:rPr>
              <w:t>[Anrede und Name]</w:t>
            </w:r>
          </w:p>
          <w:p>
            <w:pPr>
              <w:spacing w:after="0"/>
            </w:pPr>
            <w:r>
              <w:rPr>
                <w:rFonts w:ascii="Arial" w:hAnsi="Arial"/>
                <w:b w:val="0"/>
                <w:color w:val="9A5B2E"/>
                <w:sz w:val="21"/>
              </w:rPr>
              <w:t>[Straße Hausnummer]</w:t>
            </w:r>
          </w:p>
          <w:p>
            <w:pPr>
              <w:spacing w:after="0"/>
            </w:pPr>
            <w:r>
              <w:rPr>
                <w:rFonts w:ascii="Arial" w:hAnsi="Arial"/>
                <w:b w:val="0"/>
                <w:color w:val="9A5B2E"/>
                <w:sz w:val="21"/>
              </w:rPr>
              <w:t>[PLZ Ort]</w:t>
            </w:r>
          </w:p>
        </w:tc>
        <w:tc>
          <w:tcPr>
            <w:tcW w:type="dxa" w:w="3685"/>
          </w:tcPr>
          <w:p>
            <w:pPr>
              <w:spacing w:after="0" w:before="0" w:line="276" w:lineRule="auto"/>
            </w:pPr>
            <w:r/>
            <w:r>
              <w:rPr>
                <w:rFonts w:ascii="Arial" w:hAnsi="Arial"/>
                <w:b w:val="0"/>
                <w:color w:val="5F5A55"/>
                <w:sz w:val="17"/>
              </w:rPr>
              <w:t>Ihr Ansprechpartner</w:t>
            </w:r>
          </w:p>
          <w:p>
            <w:pPr>
              <w:spacing w:after="0" w:before="0" w:line="276" w:lineRule="auto"/>
            </w:pPr>
            <w:r>
              <w:rPr>
                <w:rFonts w:ascii="Arial" w:hAnsi="Arial"/>
                <w:b w:val="0"/>
                <w:color w:val="9A5B2E"/>
                <w:sz w:val="17"/>
              </w:rPr>
              <w:t>[Vorname Nachname]</w:t>
            </w:r>
          </w:p>
          <w:p>
            <w:pPr>
              <w:spacing w:after="0" w:before="0" w:line="276" w:lineRule="auto"/>
            </w:pPr>
            <w:r>
              <w:rPr>
                <w:rFonts w:ascii="Arial" w:hAnsi="Arial"/>
                <w:b w:val="0"/>
                <w:color w:val="5F5A55"/>
                <w:sz w:val="17"/>
              </w:rPr>
              <w:t xml:space="preserve">Telefon </w:t>
            </w:r>
            <w:r>
              <w:rPr>
                <w:rFonts w:ascii="Arial" w:hAnsi="Arial"/>
                <w:b w:val="0"/>
                <w:color w:val="9A5B2E"/>
                <w:sz w:val="17"/>
              </w:rPr>
              <w:t>[Telefonnummer]</w:t>
            </w:r>
          </w:p>
          <w:p>
            <w:pPr>
              <w:spacing w:after="0" w:before="0" w:line="276" w:lineRule="auto"/>
            </w:pPr>
            <w:r>
              <w:rPr>
                <w:rFonts w:ascii="Arial" w:hAnsi="Arial"/>
                <w:b w:val="0"/>
                <w:color w:val="9A5B2E"/>
                <w:sz w:val="17"/>
              </w:rPr>
              <w:t>[E-Mail]</w:t>
            </w:r>
          </w:p>
          <w:p>
            <w:pPr>
              <w:spacing w:after="0" w:before="0" w:line="276" w:lineRule="auto"/>
            </w:pPr>
          </w:p>
          <w:p>
            <w:pPr>
              <w:spacing w:after="0" w:before="0" w:line="276" w:lineRule="auto"/>
            </w:pPr>
            <w:r>
              <w:rPr>
                <w:rFonts w:ascii="Arial" w:hAnsi="Arial"/>
                <w:b w:val="0"/>
                <w:color w:val="5F5A55"/>
                <w:sz w:val="17"/>
              </w:rPr>
              <w:t>Datum</w:t>
            </w:r>
          </w:p>
          <w:p>
            <w:pPr>
              <w:spacing w:after="0" w:before="0" w:line="276" w:lineRule="auto"/>
            </w:pPr>
            <w:r>
              <w:rPr>
                <w:rFonts w:ascii="Arial" w:hAnsi="Arial"/>
                <w:b w:val="0"/>
                <w:color w:val="9A5B2E"/>
                <w:sz w:val="17"/>
              </w:rPr>
              <w:t>[Datum des Schreibens]</w:t>
            </w:r>
          </w:p>
        </w:tc>
      </w:tr>
    </w:tbl>
    <w:p>
      <w:pPr>
        <w:spacing w:after="200" w:before="0" w:line="300" w:lineRule="auto"/>
      </w:pPr>
    </w:p>
    <w:p>
      <w:pPr>
        <w:spacing w:after="280" w:before="0" w:line="300" w:lineRule="auto"/>
      </w:pPr>
      <w:r>
        <w:rPr>
          <w:rFonts w:ascii="Arial" w:hAnsi="Arial"/>
          <w:b/>
          <w:color w:val="14110F"/>
          <w:sz w:val="22"/>
        </w:rPr>
        <w:t xml:space="preserve">Auftragsbestätigung zu Angebot Nr. </w:t>
      </w:r>
      <w:r>
        <w:rPr>
          <w:rFonts w:ascii="Arial" w:hAnsi="Arial"/>
          <w:b/>
          <w:color w:val="9A5B2E"/>
          <w:sz w:val="22"/>
        </w:rPr>
        <w:t>[Angebotsnummer]</w:t>
      </w:r>
      <w:r>
        <w:rPr>
          <w:rFonts w:ascii="Arial" w:hAnsi="Arial"/>
          <w:b/>
          <w:color w:val="14110F"/>
          <w:sz w:val="22"/>
        </w:rPr>
        <w:t xml:space="preserve"> vom </w:t>
      </w:r>
      <w:r>
        <w:rPr>
          <w:rFonts w:ascii="Arial" w:hAnsi="Arial"/>
          <w:b/>
          <w:color w:val="9A5B2E"/>
          <w:sz w:val="22"/>
        </w:rPr>
        <w:t>[Angebotsdatum]</w:t>
      </w:r>
    </w:p>
    <w:p>
      <w:pPr>
        <w:spacing w:after="200" w:before="0" w:line="300" w:lineRule="auto"/>
      </w:pPr>
      <w:r>
        <w:rPr>
          <w:rFonts w:ascii="Arial" w:hAnsi="Arial"/>
          <w:b w:val="0"/>
          <w:color w:val="14110F"/>
          <w:sz w:val="21"/>
        </w:rPr>
        <w:t xml:space="preserve">Guten Tag </w:t>
      </w:r>
      <w:r>
        <w:rPr>
          <w:rFonts w:ascii="Arial" w:hAnsi="Arial"/>
          <w:b w:val="0"/>
          <w:color w:val="9A5B2E"/>
          <w:sz w:val="21"/>
        </w:rPr>
        <w:t>[Anrede und Name]</w:t>
      </w:r>
      <w:r>
        <w:rPr>
          <w:rFonts w:ascii="Arial" w:hAnsi="Arial"/>
          <w:b w:val="0"/>
          <w:color w:val="14110F"/>
          <w:sz w:val="21"/>
        </w:rPr>
        <w:t>,</w:t>
      </w:r>
    </w:p>
    <w:p>
      <w:pPr>
        <w:spacing w:after="180" w:before="0" w:line="300" w:lineRule="auto"/>
      </w:pPr>
      <w:commentRangeStart w:id="1"/>
      <w:r>
        <w:rPr>
          <w:rFonts w:ascii="Arial" w:hAnsi="Arial"/>
          <w:b w:val="0"/>
          <w:color w:val="14110F"/>
          <w:sz w:val="21"/>
        </w:rPr>
        <w:t xml:space="preserve">vielen Dank für Ihren Auftrag vom </w:t>
      </w:r>
      <w:r>
        <w:rPr>
          <w:rFonts w:ascii="Arial" w:hAnsi="Arial"/>
          <w:b w:val="0"/>
          <w:color w:val="9A5B2E"/>
          <w:sz w:val="21"/>
        </w:rPr>
        <w:t>[Datum der Zusage]</w:t>
      </w:r>
      <w:r>
        <w:rPr>
          <w:rFonts w:ascii="Arial" w:hAnsi="Arial"/>
          <w:b w:val="0"/>
          <w:color w:val="14110F"/>
          <w:sz w:val="21"/>
        </w:rPr>
        <w:t xml:space="preserve">. Wir bestätigen den Auftrag über </w:t>
      </w:r>
      <w:r>
        <w:rPr>
          <w:rFonts w:ascii="Arial" w:hAnsi="Arial"/>
          <w:b w:val="0"/>
          <w:color w:val="9A5B2E"/>
          <w:sz w:val="21"/>
        </w:rPr>
        <w:t>[Leistung in einem Satz]</w:t>
      </w:r>
      <w:r>
        <w:rPr>
          <w:rFonts w:ascii="Arial" w:hAnsi="Arial"/>
          <w:b w:val="0"/>
          <w:color w:val="14110F"/>
          <w:sz w:val="21"/>
        </w:rPr>
        <w:t xml:space="preserve"> zum Gesamtpreis von </w:t>
      </w:r>
      <w:r>
        <w:rPr>
          <w:rFonts w:ascii="Arial" w:hAnsi="Arial"/>
          <w:b w:val="0"/>
          <w:color w:val="9A5B2E"/>
          <w:sz w:val="21"/>
        </w:rPr>
        <w:t>[Betrag]</w:t>
      </w:r>
      <w:r>
        <w:rPr>
          <w:rFonts w:ascii="Arial" w:hAnsi="Arial"/>
          <w:b w:val="0"/>
          <w:color w:val="14110F"/>
          <w:sz w:val="21"/>
        </w:rPr>
        <w:t xml:space="preserve"> Euro inklusive Umsatzsteuer.</w:t>
      </w:r>
      <w:commentRangeEnd w:id="1"/>
      <w:r>
        <w:rPr>
          <w:rStyle w:val="CommentReference"/>
        </w:rPr>
        <w:commentReference w:id="1"/>
      </w:r>
    </w:p>
    <w:p>
      <w:pPr>
        <w:spacing w:after="180" w:before="0" w:line="300" w:lineRule="auto"/>
      </w:pPr>
      <w:commentRangeStart w:id="2"/>
      <w:r>
        <w:rPr>
          <w:rFonts w:ascii="Arial" w:hAnsi="Arial"/>
          <w:b w:val="0"/>
          <w:color w:val="14110F"/>
          <w:sz w:val="21"/>
        </w:rPr>
        <w:t xml:space="preserve">Grundlage ist unser Angebot Nr. </w:t>
      </w:r>
      <w:r>
        <w:rPr>
          <w:rFonts w:ascii="Arial" w:hAnsi="Arial"/>
          <w:b w:val="0"/>
          <w:color w:val="9A5B2E"/>
          <w:sz w:val="21"/>
        </w:rPr>
        <w:t>[Angebotsnummer]</w:t>
      </w:r>
      <w:r>
        <w:rPr>
          <w:rFonts w:ascii="Arial" w:hAnsi="Arial"/>
          <w:b w:val="0"/>
          <w:color w:val="14110F"/>
          <w:sz w:val="21"/>
        </w:rPr>
        <w:t xml:space="preserve"> vom </w:t>
      </w:r>
      <w:r>
        <w:rPr>
          <w:rFonts w:ascii="Arial" w:hAnsi="Arial"/>
          <w:b w:val="0"/>
          <w:color w:val="9A5B2E"/>
          <w:sz w:val="21"/>
        </w:rPr>
        <w:t>[Angebotsdatum]</w:t>
      </w:r>
      <w:r>
        <w:rPr>
          <w:rFonts w:ascii="Arial" w:hAnsi="Arial"/>
          <w:b w:val="0"/>
          <w:color w:val="14110F"/>
          <w:sz w:val="21"/>
        </w:rPr>
        <w:t xml:space="preserve">. Folgende Änderungen wurden vereinbart: </w:t>
      </w:r>
      <w:r>
        <w:rPr>
          <w:rFonts w:ascii="Arial" w:hAnsi="Arial"/>
          <w:b w:val="0"/>
          <w:color w:val="9A5B2E"/>
          <w:sz w:val="21"/>
        </w:rPr>
        <w:t>[Änderungen oder keine]</w:t>
      </w:r>
      <w:r>
        <w:rPr>
          <w:rFonts w:ascii="Arial" w:hAnsi="Arial"/>
          <w:b w:val="0"/>
          <w:color w:val="14110F"/>
          <w:sz w:val="21"/>
        </w:rPr>
        <w:t>.</w:t>
      </w:r>
      <w:commentRangeEnd w:id="2"/>
      <w:r>
        <w:rPr>
          <w:rStyle w:val="CommentReference"/>
        </w:rPr>
        <w:commentReference w:id="2"/>
      </w:r>
    </w:p>
    <w:p>
      <w:pPr>
        <w:spacing w:after="180" w:before="0" w:line="300" w:lineRule="auto"/>
      </w:pPr>
      <w:r>
        <w:rPr>
          <w:rFonts w:ascii="Arial" w:hAnsi="Arial"/>
          <w:b w:val="0"/>
          <w:color w:val="14110F"/>
          <w:sz w:val="21"/>
        </w:rPr>
        <w:t xml:space="preserve">Wir führen die Arbeiten im Zeitraum </w:t>
      </w:r>
      <w:r>
        <w:rPr>
          <w:rFonts w:ascii="Arial" w:hAnsi="Arial"/>
          <w:b w:val="0"/>
          <w:color w:val="9A5B2E"/>
          <w:sz w:val="21"/>
        </w:rPr>
        <w:t>[Ausführungszeitraum]</w:t>
      </w:r>
      <w:r>
        <w:rPr>
          <w:rFonts w:ascii="Arial" w:hAnsi="Arial"/>
          <w:b w:val="0"/>
          <w:color w:val="14110F"/>
          <w:sz w:val="21"/>
        </w:rPr>
        <w:t xml:space="preserve"> aus. Ihr Ansprechpartner ist </w:t>
      </w:r>
      <w:r>
        <w:rPr>
          <w:rFonts w:ascii="Arial" w:hAnsi="Arial"/>
          <w:b w:val="0"/>
          <w:color w:val="9A5B2E"/>
          <w:sz w:val="21"/>
        </w:rPr>
        <w:t>[Vorname Nachname]</w:t>
      </w:r>
      <w:r>
        <w:rPr>
          <w:rFonts w:ascii="Arial" w:hAnsi="Arial"/>
          <w:b w:val="0"/>
          <w:color w:val="14110F"/>
          <w:sz w:val="21"/>
        </w:rPr>
        <w:t xml:space="preserve">, Telefon </w:t>
      </w:r>
      <w:r>
        <w:rPr>
          <w:rFonts w:ascii="Arial" w:hAnsi="Arial"/>
          <w:b w:val="0"/>
          <w:color w:val="9A5B2E"/>
          <w:sz w:val="21"/>
        </w:rPr>
        <w:t>[Telefonnummer]</w:t>
      </w:r>
      <w:r>
        <w:rPr>
          <w:rFonts w:ascii="Arial" w:hAnsi="Arial"/>
          <w:b w:val="0"/>
          <w:color w:val="14110F"/>
          <w:sz w:val="21"/>
        </w:rPr>
        <w:t>.</w:t>
      </w:r>
    </w:p>
    <w:p>
      <w:pPr>
        <w:spacing w:after="180" w:before="0" w:line="300" w:lineRule="auto"/>
      </w:pPr>
      <w:r>
        <w:rPr>
          <w:rFonts w:ascii="Arial" w:hAnsi="Arial"/>
          <w:b w:val="0"/>
          <w:color w:val="14110F"/>
          <w:sz w:val="21"/>
        </w:rPr>
        <w:t xml:space="preserve">Bitte prüfen Sie diese Bestätigung. Gibt es Abweichungen von unserer Absprache, geben Sie uns bitte bis zum </w:t>
      </w:r>
      <w:r>
        <w:rPr>
          <w:rFonts w:ascii="Arial" w:hAnsi="Arial"/>
          <w:b w:val="0"/>
          <w:color w:val="9A5B2E"/>
          <w:sz w:val="21"/>
        </w:rPr>
        <w:t>[Datum der Rückmeldung]</w:t>
      </w:r>
      <w:r>
        <w:rPr>
          <w:rFonts w:ascii="Arial" w:hAnsi="Arial"/>
          <w:b w:val="0"/>
          <w:color w:val="14110F"/>
          <w:sz w:val="21"/>
        </w:rPr>
        <w:t xml:space="preserve"> Bescheid.</w:t>
      </w:r>
    </w:p>
    <w:p>
      <w:pPr>
        <w:spacing w:after="600" w:before="80" w:line="300" w:lineRule="auto"/>
      </w:pPr>
      <w:r>
        <w:rPr>
          <w:rFonts w:ascii="Arial" w:hAnsi="Arial"/>
          <w:b w:val="0"/>
          <w:color w:val="14110F"/>
          <w:sz w:val="21"/>
        </w:rPr>
        <w:t>Freundliche Grüße</w:t>
      </w:r>
    </w:p>
    <w:p>
      <w:pPr>
        <w:spacing w:after="0" w:before="0" w:line="300" w:lineRule="auto"/>
      </w:pPr>
      <w:r>
        <w:rPr>
          <w:rFonts w:ascii="Arial" w:hAnsi="Arial"/>
          <w:b w:val="0"/>
          <w:color w:val="9A5B2E"/>
          <w:sz w:val="21"/>
        </w:rPr>
        <w:t>[Vorname Nachname]</w:t>
      </w:r>
    </w:p>
    <w:p>
      <w:pPr>
        <w:spacing w:after="0" w:before="0" w:line="300" w:lineRule="auto"/>
      </w:pPr>
      <w:r>
        <w:rPr>
          <w:rFonts w:ascii="Arial" w:hAnsi="Arial"/>
          <w:b w:val="0"/>
          <w:color w:val="9A5B2E"/>
          <w:sz w:val="19"/>
        </w:rPr>
        <w:t>[Firmenname]</w:t>
      </w:r>
    </w:p>
    <w:sectPr w:rsidR="00FC693F" w:rsidRPr="0006063C" w:rsidSect="00034616">
      <w:headerReference w:type="default" r:id="rId9"/>
      <w:footerReference w:type="default" r:id="rId10"/>
      <w:pgSz w:w="11906" w:h="16838"/>
      <w:pgMar w:top="1020" w:right="1134" w:bottom="1814" w:left="1417" w:header="567" w:footer="567"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URA DESIGN LAB" w:initials="AURA" w:date="2026-10-15T15:40:34Z">
    <w:p>
      <w:pPr>
        <w:pStyle w:val="CommentText"/>
      </w:pPr>
      <w:r>
        <w:rPr>
          <w:rStyle w:val="CommentReference"/>
        </w:rPr>
        <w:annotationRef/>
      </w:r>
      <w:r>
        <w:t>Pflichtangaben im Briefkopf richten sich nach der Rechtsform: e. K. nach § 37a HGB, OHG und KG nach §§ 125, 177a HGB, GmbH nach § 35a GmbHG mit allen Geschäftsführern. Nicht eingetragene Betriebe sollten mindestens vollständigen Namen und Anschrift nennen und die Zeile Registergericht löschen. Rechtsstand 15.10.2026, Muster ohne Gewähr, keine Rechtsberatung.</w:t>
      </w:r>
    </w:p>
  </w:comment>
  <w:comment w:id="1" w:author="AURA DESIGN LAB" w:initials="AURA" w:date="2026-10-15T15:40:34Z">
    <w:p>
      <w:pPr>
        <w:pStyle w:val="CommentText"/>
      </w:pPr>
      <w:r>
        <w:rPr>
          <w:rStyle w:val="CommentReference"/>
        </w:rPr>
        <w:annotationRef/>
      </w:r>
      <w:r>
        <w:t>Halten Sie fest, wie der Kunde zugesagt hat, etwa durch unterschriebenes Angebot, E-Mail oder Telefon. Bei Verträgen mit Privatkunden außerhalb Ihrer Geschäftsräume übergeben Sie alsbald eine Abschrift des Vertrags oder eine Bestätigung, auf Papier oder mit Zustimmung des Kunden per E-Mail (§ 312f Abs. 1 BGB). Bei Abschluss nur per Telefon oder E-Mail senden Sie die Bestätigung auf Papier oder per E-Mail spätestens vor Beginn der Arbeiten (§ 312f Abs. 2 BGB). Haben Sie die Pflichtinformationen samt Belehrung nicht schon vorher so übergeben, gehören sie in diese Bestätigung. Welche Widerrufsbelehrung gilt? Keine Belehrung in der Regel bei Geschäftskunden und, außer beim Verbraucherbauvertrag, bei Privatkunden, die in Ihren Geschäftsräumen abschließen, ohne unmittelbar vorher außerhalb davon von Ihnen angesprochen worden zu sein. Anlage 1 zu Art. 246a § 1 Abs. 2 EGBGB mit dem Muster-Widerrufsformular gilt, wenn ein Privatkunde außerhalb Ihrer Geschäftsräume in Ihrem Beisein abschließt, etwa zu Hause oder auf der Baustelle, oder nur per Telefon oder E-Mail. Anlage 10 zu Art. 249 § 3 EGBGB gilt beim Verbraucherbauvertrag (Neubau oder erheblicher Umbau für Privatkunden), unabhängig vom Ort der Unterschrift, außer bei notarieller Beurkundung. Legen Sie die Belehrung schon dem Angebot bei. Bei ausdrücklich bestellten dringenden Reparaturen entfällt das Widerrufsrecht (§ 312g Abs. 2 Nr. 11 BGB), nicht aber für Zusatzleistungen, die der Kunde nicht ausdrücklich verlangt hat. Informieren Sie den Kunden, wenn kein Widerrufsrecht besteht. Wollen Sie vor Ablauf der Widerrufsfrist beginnen, lassen Sie sich das ausdrückliche Verlangen des Kunden schriftlich oder per E-Mail geben (§ 357a Abs. 2 BGB). Ohne dieses Verlangen schuldet er bei einem Widerruf nach Anlage 1 keinen Wertersatz. Fehlt bei Verträgen nach Anlage 1 die richtige Belehrung, kann der Kunde bis zu 12 Monate und 14 Tage widerrufen und muss für erbrachte Arbeit nichts zahlen (EuGH C-97/22). Diese Vorlage enthält bewusst keine eigene Belehrung.</w:t>
      </w:r>
    </w:p>
  </w:comment>
  <w:comment w:id="2" w:author="AURA DESIGN LAB" w:initials="AURA" w:date="2026-10-15T15:40:34Z">
    <w:p>
      <w:pPr>
        <w:pStyle w:val="CommentText"/>
      </w:pPr>
      <w:r>
        <w:rPr>
          <w:rStyle w:val="CommentReference"/>
        </w:rPr>
        <w:annotationRef/>
      </w:r>
      <w:r>
        <w:t>Hat der Kunde das Angebot mit Änderungen angenommen, gilt das als neues Angebot (§ 150 Abs. 2 BGB). Listen Sie jede Änderung einzeln auf, damit klar ist, was vereinbart wurde.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D6CEC3"/>
      </w:pBdr>
      <w:tabs>
        <w:tab w:pos="3175" w:val="left"/>
        <w:tab w:pos="6350" w:val="left"/>
      </w:tabs>
      <w:spacing w:after="0" w:before="0" w:line="276" w:lineRule="auto"/>
    </w:pPr>
    <w:r>
      <w:rPr>
        <w:rFonts w:ascii="Arial" w:hAnsi="Arial"/>
        <w:b/>
        <w:color w:val="9A5B2E"/>
        <w:sz w:val="15"/>
      </w:rPr>
      <w:t>[Firmenname]</w:t>
    </w:r>
    <w:r>
      <w:tab/>
    </w:r>
    <w:r>
      <w:rPr>
        <w:rFonts w:ascii="Arial" w:hAnsi="Arial"/>
        <w:b w:val="0"/>
        <w:color w:val="9A5B2E"/>
        <w:sz w:val="15"/>
      </w:rPr>
      <w:t>[Bank]</w:t>
    </w:r>
    <w:r>
      <w:tab/>
    </w:r>
    <w:r>
      <w:rPr>
        <w:rFonts w:ascii="Arial" w:hAnsi="Arial"/>
        <w:b w:val="0"/>
        <w:color w:val="5F5A55"/>
        <w:sz w:val="15"/>
      </w:rPr>
      <w:t xml:space="preserve">Registergericht </w:t>
    </w:r>
    <w:r>
      <w:rPr>
        <w:rFonts w:ascii="Arial" w:hAnsi="Arial"/>
        <w:b w:val="0"/>
        <w:color w:val="9A5B2E"/>
        <w:sz w:val="15"/>
      </w:rPr>
      <w:t>[Gericht und Nummer]</w:t>
    </w:r>
  </w:p>
  <w:p>
    <w:pPr>
      <w:tabs>
        <w:tab w:pos="3175" w:val="left"/>
        <w:tab w:pos="6350" w:val="left"/>
      </w:tabs>
      <w:spacing w:after="0" w:before="0" w:line="276" w:lineRule="auto"/>
    </w:pPr>
    <w:r>
      <w:rPr>
        <w:rFonts w:ascii="Arial" w:hAnsi="Arial"/>
        <w:b w:val="0"/>
        <w:color w:val="9A5B2E"/>
        <w:sz w:val="15"/>
      </w:rPr>
      <w:t>[Inhaber oder alle Geschäftsführer]</w:t>
    </w:r>
    <w:r>
      <w:tab/>
    </w:r>
    <w:r>
      <w:rPr>
        <w:rFonts w:ascii="Arial" w:hAnsi="Arial"/>
        <w:b w:val="0"/>
        <w:color w:val="5F5A55"/>
        <w:sz w:val="15"/>
      </w:rPr>
      <w:t xml:space="preserve">IBAN </w:t>
    </w:r>
    <w:r>
      <w:rPr>
        <w:rFonts w:ascii="Arial" w:hAnsi="Arial"/>
        <w:b w:val="0"/>
        <w:color w:val="9A5B2E"/>
        <w:sz w:val="15"/>
      </w:rPr>
      <w:t>[IBAN]</w:t>
    </w:r>
    <w:r>
      <w:tab/>
    </w:r>
    <w:r>
      <w:rPr>
        <w:rFonts w:ascii="Arial" w:hAnsi="Arial"/>
        <w:b w:val="0"/>
        <w:color w:val="5F5A55"/>
        <w:sz w:val="15"/>
      </w:rPr>
      <w:t xml:space="preserve">USt-IdNr. </w:t>
    </w:r>
    <w:r>
      <w:rPr>
        <w:rFonts w:ascii="Arial" w:hAnsi="Arial"/>
        <w:b w:val="0"/>
        <w:color w:val="9A5B2E"/>
        <w:sz w:val="15"/>
      </w:rPr>
      <w:t>[Nummer]</w:t>
    </w:r>
  </w:p>
  <w:p>
    <w:pPr>
      <w:tabs>
        <w:tab w:pos="3175" w:val="left"/>
        <w:tab w:pos="6350" w:val="left"/>
      </w:tabs>
      <w:spacing w:after="0" w:before="0" w:line="276" w:lineRule="auto"/>
    </w:pPr>
    <w:r>
      <w:rPr>
        <w:rFonts w:ascii="Arial" w:hAnsi="Arial"/>
        <w:b w:val="0"/>
        <w:color w:val="5F5A55"/>
        <w:sz w:val="15"/>
      </w:rPr>
      <w:t xml:space="preserve">Sitz </w:t>
    </w:r>
    <w:r>
      <w:rPr>
        <w:rFonts w:ascii="Arial" w:hAnsi="Arial"/>
        <w:b w:val="0"/>
        <w:color w:val="9A5B2E"/>
        <w:sz w:val="15"/>
      </w:rPr>
      <w:t>[Ort des Sitzes]</w:t>
    </w:r>
    <w:r>
      <w:tab/>
    </w:r>
    <w:r>
      <w:rPr>
        <w:rFonts w:ascii="Arial" w:hAnsi="Arial"/>
        <w:b w:val="0"/>
        <w:color w:val="5F5A55"/>
        <w:sz w:val="15"/>
      </w:rPr>
      <w:t xml:space="preserve">BIC </w:t>
    </w:r>
    <w:r>
      <w:rPr>
        <w:rFonts w:ascii="Arial" w:hAnsi="Arial"/>
        <w:b w:val="0"/>
        <w:color w:val="9A5B2E"/>
        <w:sz w:val="15"/>
      </w:rPr>
      <w:t>[BIC]</w:t>
    </w:r>
    <w:r>
      <w:tab/>
    </w:r>
    <w:r>
      <w:rPr>
        <w:rFonts w:ascii="Arial" w:hAnsi="Arial"/>
        <w:b w:val="0"/>
        <w:color w:val="9A5B2E"/>
        <w:sz w:val="15"/>
      </w:rPr>
      <w:t>[Website]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54" w:val="right"/>
      </w:tabs>
      <w:spacing w:after="20" w:before="0" w:line="276" w:lineRule="auto"/>
    </w:pPr>
    <w:r>
      <w:rPr>
        <w:rFonts w:ascii="Arial" w:hAnsi="Arial"/>
        <w:b/>
        <w:color w:val="9A5B2E"/>
        <w:sz w:val="30"/>
      </w:rPr>
      <w:t>[Firmenname]</w:t>
    </w:r>
    <w:r>
      <w:tab/>
    </w:r>
    <w:r>
      <w:rPr>
        <w:rFonts w:ascii="Arial" w:hAnsi="Arial"/>
        <w:b w:val="0"/>
        <w:color w:val="9A5B2E"/>
        <w:sz w:val="17"/>
      </w:rPr>
      <w:t>[Straße Hausnummer]</w:t>
    </w:r>
    <w:r>
      <w:rPr>
        <w:rFonts w:ascii="Arial" w:hAnsi="Arial"/>
        <w:b w:val="0"/>
        <w:color w:val="5F5A55"/>
        <w:sz w:val="17"/>
      </w:rPr>
      <w:t xml:space="preserve"> · </w:t>
    </w:r>
    <w:r>
      <w:rPr>
        <w:rFonts w:ascii="Arial" w:hAnsi="Arial"/>
        <w:b w:val="0"/>
        <w:color w:val="9A5B2E"/>
        <w:sz w:val="17"/>
      </w:rPr>
      <w:t>[PLZ Ort]</w:t>
    </w:r>
  </w:p>
  <w:p>
    <w:pPr>
      <w:tabs>
        <w:tab w:pos="9354" w:val="right"/>
      </w:tabs>
      <w:spacing w:after="0" w:before="0" w:line="276" w:lineRule="auto"/>
    </w:pPr>
    <w:r>
      <w:rPr>
        <w:rFonts w:ascii="Arial" w:hAnsi="Arial"/>
        <w:b w:val="0"/>
        <w:color w:val="9A5B2E"/>
        <w:sz w:val="19"/>
      </w:rPr>
      <w:t>[Gewerk oder Zusatz]</w:t>
    </w:r>
    <w:r>
      <w:tab/>
    </w:r>
    <w:r>
      <w:rPr>
        <w:rFonts w:ascii="Arial" w:hAnsi="Arial"/>
        <w:b w:val="0"/>
        <w:color w:val="5F5A55"/>
        <w:sz w:val="17"/>
      </w:rPr>
      <w:t xml:space="preserve">Telefon </w:t>
    </w:r>
    <w:r>
      <w:rPr>
        <w:rFonts w:ascii="Arial" w:hAnsi="Arial"/>
        <w:b w:val="0"/>
        <w:color w:val="9A5B2E"/>
        <w:sz w:val="17"/>
      </w:rPr>
      <w:t>[Telefonnummer]</w:t>
    </w:r>
    <w:r>
      <w:rPr>
        <w:rFonts w:ascii="Arial" w:hAnsi="Arial"/>
        <w:b w:val="0"/>
        <w:color w:val="5F5A55"/>
        <w:sz w:val="17"/>
      </w:rPr>
      <w:t xml:space="preserve"> · </w:t>
    </w:r>
    <w:r>
      <w:rPr>
        <w:rFonts w:ascii="Arial" w:hAnsi="Arial"/>
        <w:b w:val="0"/>
        <w:color w:val="9A5B2E"/>
        <w:sz w:val="17"/>
      </w:rPr>
      <w:t>[E-Mail]</w:t>
    </w:r>
  </w:p>
  <w:p>
    <w:pPr>
      <w:pBdr>
        <w:bottom w:val="single" w:sz="4" w:space="6" w:color="D6CEC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Auftragsbestätigung</dc:title>
  <dc:subject/>
  <dc:creator>AURA DESIGN LAB</dc:creator>
  <cp:keywords/>
  <dc:description>Kostenlose Vorlage von auradesignlab.com/ratgeber/angebot-kostenvoranschlag-handwerk/. Muster ohne Gewähr, keine Rechtsberatung.</dc:description>
  <cp:lastModifiedBy/>
  <cp:revision>1</cp:revision>
  <dcterms:created xsi:type="dcterms:W3CDTF">2013-12-23T23:15:00Z</dcterms:created>
  <dcterms:modified xsi:type="dcterms:W3CDTF">2013-12-23T23:15:00Z</dcterms:modified>
  <cp:category/>
</cp:coreProperties>
</file>