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 w:before="0" w:line="300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113" w:type="dxa"/>
        </w:tblCellMar>
        <w:tblLayout w:type="fixed"/>
      </w:tblPr>
      <w:tblGrid>
        <w:gridCol w:w="5669"/>
        <w:gridCol w:w="3685"/>
      </w:tblGrid>
      <w:tr>
        <w:tc>
          <w:tcPr>
            <w:tcW w:type="dxa" w:w="5669"/>
          </w:tcPr>
          <w:p>
            <w:pPr>
              <w:spacing w:after="120"/>
            </w:pPr>
            <w:commentRangeStart w:id="0"/>
            <w:r/>
            <w:r>
              <w:rPr>
                <w:rFonts w:ascii="Arial" w:hAnsi="Arial"/>
                <w:b w:val="0"/>
                <w:color w:val="9A5B2E"/>
                <w:sz w:val="14"/>
              </w:rPr>
              <w:t>[Firmenname]</w:t>
            </w:r>
            <w:r>
              <w:rPr>
                <w:rFonts w:ascii="Arial" w:hAnsi="Arial"/>
                <w:b w:val="0"/>
                <w:color w:val="5F5A55"/>
                <w:sz w:val="14"/>
              </w:rPr>
              <w:t xml:space="preserve"> · </w:t>
            </w:r>
            <w:r>
              <w:rPr>
                <w:rFonts w:ascii="Arial" w:hAnsi="Arial"/>
                <w:b w:val="0"/>
                <w:color w:val="9A5B2E"/>
                <w:sz w:val="14"/>
              </w:rPr>
              <w:t>[Straße Hausnummer]</w:t>
            </w:r>
            <w:r>
              <w:rPr>
                <w:rFonts w:ascii="Arial" w:hAnsi="Arial"/>
                <w:b w:val="0"/>
                <w:color w:val="5F5A55"/>
                <w:sz w:val="14"/>
              </w:rPr>
              <w:t xml:space="preserve"> · </w:t>
            </w:r>
            <w:r>
              <w:rPr>
                <w:rFonts w:ascii="Arial" w:hAnsi="Arial"/>
                <w:b w:val="0"/>
                <w:color w:val="9A5B2E"/>
                <w:sz w:val="14"/>
              </w:rPr>
              <w:t>[PLZ Ort]</w:t>
            </w:r>
            <w:commentRangeEnd w:id="0"/>
            <w:r>
              <w:rPr>
                <w:rStyle w:val="CommentReference"/>
              </w:rPr>
              <w:commentReference w:id="0"/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9A5B2E"/>
                <w:sz w:val="21"/>
              </w:rPr>
              <w:t>[Anrede und Name]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9A5B2E"/>
                <w:sz w:val="21"/>
              </w:rPr>
              <w:t>[Straße Hausnummer]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9A5B2E"/>
                <w:sz w:val="21"/>
              </w:rPr>
              <w:t>[PLZ Ort]</w:t>
            </w:r>
          </w:p>
        </w:tc>
        <w:tc>
          <w:tcPr>
            <w:tcW w:type="dxa" w:w="3685"/>
          </w:tcPr>
          <w:p>
            <w:pPr>
              <w:spacing w:after="0" w:line="276" w:lineRule="auto"/>
            </w:pPr>
            <w:r/>
            <w:r>
              <w:rPr>
                <w:rFonts w:ascii="Arial" w:hAnsi="Arial"/>
                <w:b w:val="0"/>
                <w:color w:val="5F5A55"/>
                <w:sz w:val="17"/>
              </w:rPr>
              <w:t>Ihr Ansprechpartner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9A5B2E"/>
                <w:sz w:val="17"/>
              </w:rPr>
              <w:t>[Vorname Nachname]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5F5A55"/>
                <w:sz w:val="17"/>
              </w:rPr>
              <w:t xml:space="preserve">Telefon </w:t>
            </w:r>
            <w:r>
              <w:rPr>
                <w:rFonts w:ascii="Arial" w:hAnsi="Arial"/>
                <w:b w:val="0"/>
                <w:color w:val="9A5B2E"/>
                <w:sz w:val="17"/>
              </w:rPr>
              <w:t>[Telefonnummer]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9A5B2E"/>
                <w:sz w:val="17"/>
              </w:rPr>
              <w:t>[E-Mail]</w:t>
            </w: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5F5A55"/>
                <w:sz w:val="17"/>
              </w:rPr>
              <w:t>Datum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9A5B2E"/>
                <w:sz w:val="17"/>
              </w:rPr>
              <w:t>[Datum des Schreibens]</w:t>
            </w:r>
          </w:p>
        </w:tc>
      </w:tr>
    </w:tbl>
    <w:p>
      <w:pPr>
        <w:spacing w:after="200" w:before="0" w:line="300" w:lineRule="auto"/>
      </w:pPr>
    </w:p>
    <w:p>
      <w:pPr>
        <w:spacing w:after="280" w:before="0" w:line="300" w:lineRule="auto"/>
      </w:pPr>
      <w:r>
        <w:rPr>
          <w:rFonts w:ascii="Arial" w:hAnsi="Arial"/>
          <w:b/>
          <w:color w:val="14110F"/>
          <w:sz w:val="22"/>
        </w:rPr>
        <w:t xml:space="preserve">Mahnung zur Rechnung Nr. </w:t>
      </w:r>
      <w:r>
        <w:rPr>
          <w:rFonts w:ascii="Arial" w:hAnsi="Arial"/>
          <w:b/>
          <w:color w:val="9A5B2E"/>
          <w:sz w:val="22"/>
        </w:rPr>
        <w:t>[Rechnungsnummer]</w:t>
      </w:r>
      <w:r>
        <w:rPr>
          <w:rFonts w:ascii="Arial" w:hAnsi="Arial"/>
          <w:b/>
          <w:color w:val="14110F"/>
          <w:sz w:val="22"/>
        </w:rPr>
        <w:t xml:space="preserve"> vom </w:t>
      </w:r>
      <w:r>
        <w:rPr>
          <w:rFonts w:ascii="Arial" w:hAnsi="Arial"/>
          <w:b/>
          <w:color w:val="9A5B2E"/>
          <w:sz w:val="22"/>
        </w:rPr>
        <w:t>[Rechnungsdatum]</w:t>
      </w:r>
    </w:p>
    <w:p>
      <w:pPr>
        <w:spacing w:after="200" w:before="0" w:line="300" w:lineRule="auto"/>
      </w:pPr>
      <w:r>
        <w:rPr>
          <w:rFonts w:ascii="Arial" w:hAnsi="Arial"/>
          <w:b w:val="0"/>
          <w:color w:val="14110F"/>
          <w:sz w:val="21"/>
        </w:rPr>
        <w:t xml:space="preserve">Guten Tag </w:t>
      </w:r>
      <w:r>
        <w:rPr>
          <w:rFonts w:ascii="Arial" w:hAnsi="Arial"/>
          <w:b w:val="0"/>
          <w:color w:val="9A5B2E"/>
          <w:sz w:val="21"/>
        </w:rPr>
        <w:t>[Anrede und Name]</w:t>
      </w:r>
      <w:r>
        <w:rPr>
          <w:rFonts w:ascii="Arial" w:hAnsi="Arial"/>
          <w:b w:val="0"/>
          <w:color w:val="14110F"/>
          <w:sz w:val="21"/>
        </w:rPr>
        <w:t>,</w:t>
      </w:r>
    </w:p>
    <w:p>
      <w:pPr>
        <w:spacing w:after="180" w:before="0" w:line="300" w:lineRule="auto"/>
      </w:pPr>
      <w:commentRangeStart w:id="1"/>
      <w:r>
        <w:rPr>
          <w:rFonts w:ascii="Arial" w:hAnsi="Arial"/>
          <w:b w:val="0"/>
          <w:color w:val="14110F"/>
          <w:sz w:val="21"/>
        </w:rPr>
        <w:t xml:space="preserve">trotz unserer Zahlungserinnerung vom </w:t>
      </w:r>
      <w:r>
        <w:rPr>
          <w:rFonts w:ascii="Arial" w:hAnsi="Arial"/>
          <w:b w:val="0"/>
          <w:color w:val="9A5B2E"/>
          <w:sz w:val="21"/>
        </w:rPr>
        <w:t>[Datum der Erinnerung]</w:t>
      </w:r>
      <w:r>
        <w:rPr>
          <w:rFonts w:ascii="Arial" w:hAnsi="Arial"/>
          <w:b w:val="0"/>
          <w:color w:val="14110F"/>
          <w:sz w:val="21"/>
        </w:rPr>
        <w:t xml:space="preserve"> ist die Rechnung Nr. </w:t>
      </w:r>
      <w:r>
        <w:rPr>
          <w:rFonts w:ascii="Arial" w:hAnsi="Arial"/>
          <w:b w:val="0"/>
          <w:color w:val="9A5B2E"/>
          <w:sz w:val="21"/>
        </w:rPr>
        <w:t>[Rechnungsnummer]</w:t>
      </w:r>
      <w:r>
        <w:rPr>
          <w:rFonts w:ascii="Arial" w:hAnsi="Arial"/>
          <w:b w:val="0"/>
          <w:color w:val="14110F"/>
          <w:sz w:val="21"/>
        </w:rPr>
        <w:t xml:space="preserve"> über </w:t>
      </w:r>
      <w:r>
        <w:rPr>
          <w:rFonts w:ascii="Arial" w:hAnsi="Arial"/>
          <w:b w:val="0"/>
          <w:color w:val="9A5B2E"/>
          <w:sz w:val="21"/>
        </w:rPr>
        <w:t>[Betrag]</w:t>
      </w:r>
      <w:r>
        <w:rPr>
          <w:rFonts w:ascii="Arial" w:hAnsi="Arial"/>
          <w:b w:val="0"/>
          <w:color w:val="14110F"/>
          <w:sz w:val="21"/>
        </w:rPr>
        <w:t xml:space="preserve"> Euro noch offen. Sie haben </w:t>
      </w:r>
      <w:r>
        <w:rPr>
          <w:rFonts w:ascii="Arial" w:hAnsi="Arial"/>
          <w:b w:val="0"/>
          <w:color w:val="9A5B2E"/>
          <w:sz w:val="21"/>
        </w:rPr>
        <w:t>[Leistung in einem Satz]</w:t>
      </w:r>
      <w:r>
        <w:rPr>
          <w:rFonts w:ascii="Arial" w:hAnsi="Arial"/>
          <w:b w:val="0"/>
          <w:color w:val="14110F"/>
          <w:sz w:val="21"/>
        </w:rPr>
        <w:t xml:space="preserve"> am </w:t>
      </w:r>
      <w:r>
        <w:rPr>
          <w:rFonts w:ascii="Arial" w:hAnsi="Arial"/>
          <w:b w:val="0"/>
          <w:color w:val="9A5B2E"/>
          <w:sz w:val="21"/>
        </w:rPr>
        <w:t>[Datum der Abnahme]</w:t>
      </w:r>
      <w:r>
        <w:rPr>
          <w:rFonts w:ascii="Arial" w:hAnsi="Arial"/>
          <w:b w:val="0"/>
          <w:color w:val="14110F"/>
          <w:sz w:val="21"/>
        </w:rPr>
        <w:t xml:space="preserve"> abgenommen. Fällig ist die Rechnung seit dem </w:t>
      </w:r>
      <w:r>
        <w:rPr>
          <w:rFonts w:ascii="Arial" w:hAnsi="Arial"/>
          <w:b w:val="0"/>
          <w:color w:val="9A5B2E"/>
          <w:sz w:val="21"/>
        </w:rPr>
        <w:t>[Datum der Fälligkeit]</w:t>
      </w:r>
      <w:r>
        <w:rPr>
          <w:rFonts w:ascii="Arial" w:hAnsi="Arial"/>
          <w:b w:val="0"/>
          <w:color w:val="14110F"/>
          <w:sz w:val="21"/>
        </w:rPr>
        <w:t>.</w:t>
      </w:r>
      <w:commentRangeEnd w:id="1"/>
      <w:r>
        <w:rPr>
          <w:rStyle w:val="CommentReference"/>
        </w:rPr>
        <w:commentReference w:id="1"/>
      </w:r>
    </w:p>
    <w:p>
      <w:pPr>
        <w:spacing w:after="180" w:before="0" w:line="300" w:lineRule="auto"/>
      </w:pPr>
      <w:commentRangeStart w:id="2"/>
      <w:r>
        <w:rPr>
          <w:rFonts w:ascii="Arial" w:hAnsi="Arial"/>
          <w:b w:val="0"/>
          <w:color w:val="14110F"/>
          <w:sz w:val="21"/>
        </w:rPr>
        <w:t xml:space="preserve">Bitte überweisen Sie den offenen Betrag bis zum </w:t>
      </w:r>
      <w:r>
        <w:rPr>
          <w:rFonts w:ascii="Arial" w:hAnsi="Arial"/>
          <w:b w:val="0"/>
          <w:color w:val="9A5B2E"/>
          <w:sz w:val="21"/>
        </w:rPr>
        <w:t>[Datum der Frist]</w:t>
      </w:r>
      <w:r>
        <w:rPr>
          <w:rFonts w:ascii="Arial" w:hAnsi="Arial"/>
          <w:b w:val="0"/>
          <w:color w:val="14110F"/>
          <w:sz w:val="21"/>
        </w:rPr>
        <w:t xml:space="preserve"> auf unser unten genanntes Konto.</w:t>
      </w:r>
      <w:commentRangeEnd w:id="2"/>
      <w:r>
        <w:rPr>
          <w:rStyle w:val="CommentReference"/>
        </w:rPr>
        <w:commentReference w:id="2"/>
      </w:r>
    </w:p>
    <w:p>
      <w:pPr>
        <w:spacing w:after="180" w:before="0" w:line="300" w:lineRule="auto"/>
      </w:pPr>
      <w:commentRangeStart w:id="3"/>
      <w:r>
        <w:rPr>
          <w:rFonts w:ascii="Arial" w:hAnsi="Arial"/>
          <w:b w:val="0"/>
          <w:color w:val="14110F"/>
          <w:sz w:val="21"/>
        </w:rPr>
        <w:t>Ab Eintritt des Verzugs berechnen wir Verzugszinsen in Höhe von neun Prozentpunkten über dem jeweiligen Basiszinssatz (§ 288 Abs. 2 BGB) sowie die Verzugspauschale von 40 Euro (§ 288 Abs. 5 BGB).</w:t>
      </w:r>
      <w:commentRangeEnd w:id="3"/>
      <w:r>
        <w:rPr>
          <w:rStyle w:val="CommentReference"/>
        </w:rPr>
        <w:commentReference w:id="3"/>
      </w:r>
    </w:p>
    <w:p>
      <w:pPr>
        <w:spacing w:after="180" w:before="0" w:line="300" w:lineRule="auto"/>
      </w:pPr>
      <w:r>
        <w:rPr>
          <w:rFonts w:ascii="Arial" w:hAnsi="Arial"/>
          <w:b w:val="0"/>
          <w:color w:val="14110F"/>
          <w:sz w:val="21"/>
        </w:rPr>
        <w:t>Haben Sie inzwischen gezahlt, betrachten Sie dieses Schreiben bitte als gegenstandslos.</w:t>
      </w:r>
    </w:p>
    <w:p>
      <w:pPr>
        <w:spacing w:after="600" w:before="80" w:line="300" w:lineRule="auto"/>
      </w:pPr>
      <w:r>
        <w:rPr>
          <w:rFonts w:ascii="Arial" w:hAnsi="Arial"/>
          <w:b w:val="0"/>
          <w:color w:val="14110F"/>
          <w:sz w:val="21"/>
        </w:rPr>
        <w:t>Freundliche Grüße</w:t>
      </w:r>
    </w:p>
    <w:p>
      <w:pPr>
        <w:spacing w:after="0" w:before="0" w:line="300" w:lineRule="auto"/>
      </w:pPr>
      <w:r>
        <w:rPr>
          <w:rFonts w:ascii="Arial" w:hAnsi="Arial"/>
          <w:b w:val="0"/>
          <w:color w:val="9A5B2E"/>
          <w:sz w:val="21"/>
        </w:rPr>
        <w:t>[Vorname Nachname]</w:t>
      </w:r>
    </w:p>
    <w:p>
      <w:pPr>
        <w:spacing w:after="0" w:before="0" w:line="300" w:lineRule="auto"/>
      </w:pPr>
      <w:r>
        <w:rPr>
          <w:rFonts w:ascii="Arial" w:hAnsi="Arial"/>
          <w:b w:val="0"/>
          <w:color w:val="9A5B2E"/>
          <w:sz w:val="19"/>
        </w:rPr>
        <w:t>[Firmenname]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814" w:left="1417" w:header="567" w:footer="567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AURA DESIGN LAB" w:initials="AURA" w:date="2026-10-15T14:19:48Z">
    <w:p>
      <w:pPr>
        <w:pStyle w:val="CommentText"/>
      </w:pPr>
      <w:r>
        <w:rPr>
          <w:rStyle w:val="CommentReference"/>
        </w:rPr>
        <w:annotationRef/>
      </w:r>
      <w:r>
        <w:t>Pflichtangaben im Briefkopf richten sich nach der Rechtsform: e. K. nach § 37a HGB, OHG und KG nach §§ 125, 177a HGB, GmbH nach § 35a GmbHG mit allen Geschäftsführern. Nicht eingetragene Betriebe sollten mindestens vollständigen Namen und Anschrift nennen und die Zeile zum Registergericht löschen. Rechtsstand 15.10.2026, Muster ohne Gewähr, keine Rechtsberatung.</w:t>
      </w:r>
    </w:p>
  </w:comment>
  <w:comment w:id="1" w:author="AURA DESIGN LAB" w:initials="AURA" w:date="2026-10-15T14:19:48Z">
    <w:p>
      <w:pPr>
        <w:pStyle w:val="CommentText"/>
      </w:pPr>
      <w:r>
        <w:rPr>
          <w:rStyle w:val="CommentReference"/>
        </w:rPr>
        <w:annotationRef/>
      </w:r>
      <w:r>
        <w:t>Die Rechnung wird mit der Abnahme fällig. Bei einem vereinbarten Zahlungsziel gilt dessen Ende. Beim Bauvertrag wird sie zusätzlich erst mit Zugang der prüffähigen Schlussrechnung fällig (§ 650g Abs. 4 BGB). Gab es keine ausdrückliche Abnahme, nennen Sie zum Beispiel das Datum der Fertigstellung.</w:t>
      </w:r>
    </w:p>
    <w:p>
      <w:pPr>
        <w:pStyle w:val="CommentText"/>
      </w:pPr>
    </w:p>
    <w:p>
      <w:pPr>
        <w:pStyle w:val="CommentText"/>
      </w:pPr>
      <w:r>
        <w:t>Wahlbaustein zum Einfügen: Sie haben bereits [bezahlter Betrag] Euro bezahlt. Offen sind noch [offener Betrag] Euro.</w:t>
      </w:r>
    </w:p>
  </w:comment>
  <w:comment w:id="2" w:author="AURA DESIGN LAB" w:initials="AURA" w:date="2026-10-15T14:19:48Z">
    <w:p>
      <w:pPr>
        <w:pStyle w:val="CommentText"/>
      </w:pPr>
      <w:r>
        <w:rPr>
          <w:rStyle w:val="CommentReference"/>
        </w:rPr>
        <w:annotationRef/>
      </w:r>
      <w:r>
        <w:t>Wahlbaustein zum Einfügen: Geht die Zahlung bis zu diesem Datum nicht ein, beantragen wir einen gerichtlichen Mahnbescheid.</w:t>
      </w:r>
    </w:p>
  </w:comment>
  <w:comment w:id="3" w:author="AURA DESIGN LAB" w:initials="AURA" w:date="2026-10-15T14:19:48Z">
    <w:p>
      <w:pPr>
        <w:pStyle w:val="CommentText"/>
      </w:pPr>
      <w:r>
        <w:rPr>
          <w:rStyle w:val="CommentReference"/>
        </w:rPr>
        <w:annotationRef/>
      </w:r>
      <w:r>
        <w:t>Bei Geschäftskunden gelten 9 Prozentpunkte über dem Basiszinssatz sowie eine Pauschale von 40 Euro (§ 288 Abs. 2 und 5 BGB). Die Pauschale wird auf spätere Rechtsverfolgungskosten angerechnet. Verzugsbeginn und Zinsbetrag berechnet der Rechner auf auradesignlab.com/ratgeber/mahnung-schreiben-handwerk/.</w:t>
      </w:r>
    </w:p>
    <w:p>
      <w:pPr>
        <w:pStyle w:val="CommentText"/>
      </w:pPr>
    </w:p>
    <w:p>
      <w:pPr>
        <w:pStyle w:val="CommentText"/>
      </w:pPr>
      <w:r>
        <w:t>Wahlbaustein zum Einfügen: Sie befinden sich seit dem [Datum Verzugsbeginn] in Verzug.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D6CEC3"/>
      </w:pBdr>
      <w:tabs>
        <w:tab w:pos="3175" w:val="left"/>
        <w:tab w:pos="6350" w:val="left"/>
      </w:tabs>
      <w:spacing w:after="0" w:before="0" w:line="276" w:lineRule="auto"/>
    </w:pPr>
    <w:r>
      <w:rPr>
        <w:rFonts w:ascii="Arial" w:hAnsi="Arial"/>
        <w:b/>
        <w:color w:val="9A5B2E"/>
        <w:sz w:val="15"/>
      </w:rPr>
      <w:t>[Firmenname]</w:t>
    </w:r>
    <w:r>
      <w:tab/>
    </w:r>
    <w:r>
      <w:rPr>
        <w:rFonts w:ascii="Arial" w:hAnsi="Arial"/>
        <w:b w:val="0"/>
        <w:color w:val="9A5B2E"/>
        <w:sz w:val="15"/>
      </w:rPr>
      <w:t>[Bank]</w:t>
    </w:r>
    <w:r>
      <w:tab/>
    </w:r>
    <w:r>
      <w:rPr>
        <w:rFonts w:ascii="Arial" w:hAnsi="Arial"/>
        <w:b w:val="0"/>
        <w:color w:val="5F5A55"/>
        <w:sz w:val="15"/>
      </w:rPr>
      <w:t xml:space="preserve">Registergericht </w:t>
    </w:r>
    <w:r>
      <w:rPr>
        <w:rFonts w:ascii="Arial" w:hAnsi="Arial"/>
        <w:b w:val="0"/>
        <w:color w:val="9A5B2E"/>
        <w:sz w:val="15"/>
      </w:rPr>
      <w:t>[Gericht und Nummer]</w:t>
    </w:r>
  </w:p>
  <w:p>
    <w:pPr>
      <w:tabs>
        <w:tab w:pos="3175" w:val="left"/>
        <w:tab w:pos="6350" w:val="left"/>
      </w:tabs>
      <w:spacing w:after="0" w:before="0" w:line="276" w:lineRule="auto"/>
    </w:pPr>
    <w:r>
      <w:rPr>
        <w:rFonts w:ascii="Arial" w:hAnsi="Arial"/>
        <w:b w:val="0"/>
        <w:color w:val="9A5B2E"/>
        <w:sz w:val="15"/>
      </w:rPr>
      <w:t>[Inhaber oder alle Geschäftsführer]</w:t>
    </w:r>
    <w:r>
      <w:tab/>
    </w:r>
    <w:r>
      <w:rPr>
        <w:rFonts w:ascii="Arial" w:hAnsi="Arial"/>
        <w:b w:val="0"/>
        <w:color w:val="5F5A55"/>
        <w:sz w:val="15"/>
      </w:rPr>
      <w:t xml:space="preserve">IBAN </w:t>
    </w:r>
    <w:r>
      <w:rPr>
        <w:rFonts w:ascii="Arial" w:hAnsi="Arial"/>
        <w:b w:val="0"/>
        <w:color w:val="9A5B2E"/>
        <w:sz w:val="15"/>
      </w:rPr>
      <w:t>[IBAN]</w:t>
    </w:r>
    <w:r>
      <w:tab/>
    </w:r>
    <w:r>
      <w:rPr>
        <w:rFonts w:ascii="Arial" w:hAnsi="Arial"/>
        <w:b w:val="0"/>
        <w:color w:val="5F5A55"/>
        <w:sz w:val="15"/>
      </w:rPr>
      <w:t xml:space="preserve">USt-IdNr. </w:t>
    </w:r>
    <w:r>
      <w:rPr>
        <w:rFonts w:ascii="Arial" w:hAnsi="Arial"/>
        <w:b w:val="0"/>
        <w:color w:val="9A5B2E"/>
        <w:sz w:val="15"/>
      </w:rPr>
      <w:t>[Nummer]</w:t>
    </w:r>
  </w:p>
  <w:p>
    <w:pPr>
      <w:tabs>
        <w:tab w:pos="3175" w:val="left"/>
        <w:tab w:pos="6350" w:val="left"/>
      </w:tabs>
      <w:spacing w:after="0" w:before="0" w:line="276" w:lineRule="auto"/>
    </w:pPr>
    <w:r>
      <w:rPr>
        <w:rFonts w:ascii="Arial" w:hAnsi="Arial"/>
        <w:b w:val="0"/>
        <w:color w:val="5F5A55"/>
        <w:sz w:val="15"/>
      </w:rPr>
      <w:t xml:space="preserve">Sitz </w:t>
    </w:r>
    <w:r>
      <w:rPr>
        <w:rFonts w:ascii="Arial" w:hAnsi="Arial"/>
        <w:b w:val="0"/>
        <w:color w:val="9A5B2E"/>
        <w:sz w:val="15"/>
      </w:rPr>
      <w:t>[Ort des Sitzes]</w:t>
    </w:r>
    <w:r>
      <w:tab/>
    </w:r>
    <w:r>
      <w:rPr>
        <w:rFonts w:ascii="Arial" w:hAnsi="Arial"/>
        <w:b w:val="0"/>
        <w:color w:val="5F5A55"/>
        <w:sz w:val="15"/>
      </w:rPr>
      <w:t xml:space="preserve">BIC </w:t>
    </w:r>
    <w:r>
      <w:rPr>
        <w:rFonts w:ascii="Arial" w:hAnsi="Arial"/>
        <w:b w:val="0"/>
        <w:color w:val="9A5B2E"/>
        <w:sz w:val="15"/>
      </w:rPr>
      <w:t>[BIC]</w:t>
    </w:r>
    <w:r>
      <w:tab/>
    </w:r>
    <w:r>
      <w:rPr>
        <w:rFonts w:ascii="Arial" w:hAnsi="Arial"/>
        <w:b w:val="0"/>
        <w:color w:val="9A5B2E"/>
        <w:sz w:val="15"/>
      </w:rPr>
      <w:t>[Website]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54" w:val="right"/>
      </w:tabs>
      <w:spacing w:after="20" w:before="0" w:line="276" w:lineRule="auto"/>
    </w:pPr>
    <w:r>
      <w:rPr>
        <w:rFonts w:ascii="Arial" w:hAnsi="Arial"/>
        <w:b/>
        <w:color w:val="9A5B2E"/>
        <w:sz w:val="30"/>
      </w:rPr>
      <w:t>[Firmenname]</w:t>
    </w:r>
    <w:r>
      <w:tab/>
    </w:r>
    <w:r>
      <w:rPr>
        <w:rFonts w:ascii="Arial" w:hAnsi="Arial"/>
        <w:b w:val="0"/>
        <w:color w:val="9A5B2E"/>
        <w:sz w:val="17"/>
      </w:rPr>
      <w:t>[Straße Hausnummer]</w:t>
    </w:r>
    <w:r>
      <w:rPr>
        <w:rFonts w:ascii="Arial" w:hAnsi="Arial"/>
        <w:b w:val="0"/>
        <w:color w:val="5F5A55"/>
        <w:sz w:val="17"/>
      </w:rPr>
      <w:t xml:space="preserve"> · </w:t>
    </w:r>
    <w:r>
      <w:rPr>
        <w:rFonts w:ascii="Arial" w:hAnsi="Arial"/>
        <w:b w:val="0"/>
        <w:color w:val="9A5B2E"/>
        <w:sz w:val="17"/>
      </w:rPr>
      <w:t>[PLZ Ort]</w:t>
    </w:r>
  </w:p>
  <w:p>
    <w:pPr>
      <w:tabs>
        <w:tab w:pos="9354" w:val="right"/>
      </w:tabs>
      <w:spacing w:after="0" w:before="0" w:line="276" w:lineRule="auto"/>
    </w:pPr>
    <w:r>
      <w:rPr>
        <w:rFonts w:ascii="Arial" w:hAnsi="Arial"/>
        <w:b w:val="0"/>
        <w:color w:val="9A5B2E"/>
        <w:sz w:val="19"/>
      </w:rPr>
      <w:t>[Gewerk oder Zusatz]</w:t>
    </w:r>
    <w:r>
      <w:tab/>
    </w:r>
    <w:r>
      <w:rPr>
        <w:rFonts w:ascii="Arial" w:hAnsi="Arial"/>
        <w:b w:val="0"/>
        <w:color w:val="5F5A55"/>
        <w:sz w:val="17"/>
      </w:rPr>
      <w:t xml:space="preserve">Telefon </w:t>
    </w:r>
    <w:r>
      <w:rPr>
        <w:rFonts w:ascii="Arial" w:hAnsi="Arial"/>
        <w:b w:val="0"/>
        <w:color w:val="9A5B2E"/>
        <w:sz w:val="17"/>
      </w:rPr>
      <w:t>[Telefonnummer]</w:t>
    </w:r>
    <w:r>
      <w:rPr>
        <w:rFonts w:ascii="Arial" w:hAnsi="Arial"/>
        <w:b w:val="0"/>
        <w:color w:val="5F5A55"/>
        <w:sz w:val="17"/>
      </w:rPr>
      <w:t xml:space="preserve"> · </w:t>
    </w:r>
    <w:r>
      <w:rPr>
        <w:rFonts w:ascii="Arial" w:hAnsi="Arial"/>
        <w:b w:val="0"/>
        <w:color w:val="9A5B2E"/>
        <w:sz w:val="17"/>
      </w:rPr>
      <w:t>[E-Mail]</w:t>
    </w:r>
  </w:p>
  <w:p>
    <w:pPr>
      <w:pBdr>
        <w:bottom w:val="single" w:sz="4" w:space="6" w:color="D6CEC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Mahnung an Geschäftskunden</dc:title>
  <dc:subject/>
  <dc:creator>AURA DESIGN LAB</dc:creator>
  <cp:keywords/>
  <dc:description>Kostenlose Vorlage von auradesignlab.com/ratgeber/mahnung-schreiben-handwerk/. Muster ohne Gewähr, keine Rechtsberatung.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