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 w:before="0" w:line="300" w:lineRule="auto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113" w:type="dxa"/>
        </w:tblCellMar>
        <w:tblLayout w:type="fixed"/>
      </w:tblPr>
      <w:tblGrid>
        <w:gridCol w:w="5669"/>
        <w:gridCol w:w="3685"/>
      </w:tblGrid>
      <w:tr>
        <w:tc>
          <w:tcPr>
            <w:tcW w:type="dxa" w:w="5669"/>
          </w:tcPr>
          <w:p>
            <w:pPr>
              <w:spacing w:after="120"/>
            </w:pPr>
            <w:commentRangeStart w:id="0"/>
            <w:r/>
            <w:r>
              <w:rPr>
                <w:rFonts w:ascii="Arial" w:hAnsi="Arial"/>
                <w:b w:val="0"/>
                <w:color w:val="9A5B2E"/>
                <w:sz w:val="14"/>
              </w:rPr>
              <w:t>[Firmenname]</w:t>
            </w:r>
            <w:r>
              <w:rPr>
                <w:rFonts w:ascii="Arial" w:hAnsi="Arial"/>
                <w:b w:val="0"/>
                <w:color w:val="5F5A55"/>
                <w:sz w:val="14"/>
              </w:rPr>
              <w:t xml:space="preserve"> · </w:t>
            </w:r>
            <w:r>
              <w:rPr>
                <w:rFonts w:ascii="Arial" w:hAnsi="Arial"/>
                <w:b w:val="0"/>
                <w:color w:val="9A5B2E"/>
                <w:sz w:val="14"/>
              </w:rPr>
              <w:t>[Straße Hausnummer]</w:t>
            </w:r>
            <w:r>
              <w:rPr>
                <w:rFonts w:ascii="Arial" w:hAnsi="Arial"/>
                <w:b w:val="0"/>
                <w:color w:val="5F5A55"/>
                <w:sz w:val="14"/>
              </w:rPr>
              <w:t xml:space="preserve"> · </w:t>
            </w:r>
            <w:r>
              <w:rPr>
                <w:rFonts w:ascii="Arial" w:hAnsi="Arial"/>
                <w:b w:val="0"/>
                <w:color w:val="9A5B2E"/>
                <w:sz w:val="14"/>
              </w:rPr>
              <w:t>[PLZ Ort]</w:t>
            </w:r>
            <w:commentRangeEnd w:id="0"/>
            <w:r>
              <w:rPr>
                <w:rStyle w:val="CommentReference"/>
              </w:rPr>
              <w:commentReference w:id="0"/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color w:val="9A5B2E"/>
                <w:sz w:val="21"/>
              </w:rPr>
              <w:t>[Anrede und Name]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color w:val="9A5B2E"/>
                <w:sz w:val="21"/>
              </w:rPr>
              <w:t>[Straße Hausnummer]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color w:val="9A5B2E"/>
                <w:sz w:val="21"/>
              </w:rPr>
              <w:t>[PLZ Ort]</w:t>
            </w:r>
          </w:p>
        </w:tc>
        <w:tc>
          <w:tcPr>
            <w:tcW w:type="dxa" w:w="3685"/>
          </w:tcPr>
          <w:p>
            <w:pPr>
              <w:spacing w:after="0" w:before="0" w:line="276" w:lineRule="auto"/>
            </w:pPr>
            <w:r/>
            <w:r>
              <w:rPr>
                <w:rFonts w:ascii="Arial" w:hAnsi="Arial"/>
                <w:b w:val="0"/>
                <w:color w:val="5F5A55"/>
                <w:sz w:val="17"/>
              </w:rPr>
              <w:t>Ihr Ansprechpartner</w:t>
            </w:r>
          </w:p>
          <w:p>
            <w:pPr>
              <w:spacing w:after="0" w:before="0" w:line="276" w:lineRule="auto"/>
            </w:pPr>
            <w:r>
              <w:rPr>
                <w:rFonts w:ascii="Arial" w:hAnsi="Arial"/>
                <w:b w:val="0"/>
                <w:color w:val="9A5B2E"/>
                <w:sz w:val="17"/>
              </w:rPr>
              <w:t>[Vorname Nachname]</w:t>
            </w:r>
          </w:p>
          <w:p>
            <w:pPr>
              <w:spacing w:after="0" w:before="0" w:line="276" w:lineRule="auto"/>
            </w:pPr>
            <w:r>
              <w:rPr>
                <w:rFonts w:ascii="Arial" w:hAnsi="Arial"/>
                <w:b w:val="0"/>
                <w:color w:val="5F5A55"/>
                <w:sz w:val="17"/>
              </w:rPr>
              <w:t xml:space="preserve">Telefon </w:t>
            </w:r>
            <w:r>
              <w:rPr>
                <w:rFonts w:ascii="Arial" w:hAnsi="Arial"/>
                <w:b w:val="0"/>
                <w:color w:val="9A5B2E"/>
                <w:sz w:val="17"/>
              </w:rPr>
              <w:t>[Telefonnummer]</w:t>
            </w:r>
          </w:p>
          <w:p>
            <w:pPr>
              <w:spacing w:after="0" w:before="0" w:line="276" w:lineRule="auto"/>
            </w:pPr>
            <w:r>
              <w:rPr>
                <w:rFonts w:ascii="Arial" w:hAnsi="Arial"/>
                <w:b w:val="0"/>
                <w:color w:val="9A5B2E"/>
                <w:sz w:val="17"/>
              </w:rPr>
              <w:t>[E-Mail]</w:t>
            </w:r>
          </w:p>
          <w:p>
            <w:pPr>
              <w:spacing w:after="0" w:before="0" w:line="276" w:lineRule="auto"/>
            </w:pPr>
          </w:p>
          <w:p>
            <w:pPr>
              <w:spacing w:after="0" w:before="0" w:line="276" w:lineRule="auto"/>
            </w:pPr>
            <w:r>
              <w:rPr>
                <w:rFonts w:ascii="Arial" w:hAnsi="Arial"/>
                <w:b w:val="0"/>
                <w:color w:val="5F5A55"/>
                <w:sz w:val="17"/>
              </w:rPr>
              <w:t>Datum</w:t>
            </w:r>
          </w:p>
          <w:p>
            <w:pPr>
              <w:spacing w:after="0" w:before="0" w:line="276" w:lineRule="auto"/>
            </w:pPr>
            <w:r>
              <w:rPr>
                <w:rFonts w:ascii="Arial" w:hAnsi="Arial"/>
                <w:b w:val="0"/>
                <w:color w:val="9A5B2E"/>
                <w:sz w:val="17"/>
              </w:rPr>
              <w:t>[Datum des Schreibens]</w:t>
            </w:r>
          </w:p>
        </w:tc>
      </w:tr>
    </w:tbl>
    <w:p>
      <w:pPr>
        <w:spacing w:after="200" w:before="0" w:line="300" w:lineRule="auto"/>
      </w:pPr>
    </w:p>
    <w:p>
      <w:pPr>
        <w:spacing w:after="280" w:before="0" w:line="300" w:lineRule="auto"/>
      </w:pPr>
      <w:r>
        <w:rPr>
          <w:rFonts w:ascii="Arial" w:hAnsi="Arial"/>
          <w:b/>
          <w:color w:val="14110F"/>
          <w:sz w:val="22"/>
        </w:rPr>
        <w:t xml:space="preserve">Voraussichtliche Überschreitung unseres Kostenvoranschlags Nr. </w:t>
      </w:r>
      <w:r>
        <w:rPr>
          <w:rFonts w:ascii="Arial" w:hAnsi="Arial"/>
          <w:b/>
          <w:color w:val="9A5B2E"/>
          <w:sz w:val="22"/>
        </w:rPr>
        <w:t>[Nummer]</w:t>
      </w:r>
      <w:r>
        <w:rPr>
          <w:rFonts w:ascii="Arial" w:hAnsi="Arial"/>
          <w:b/>
          <w:color w:val="14110F"/>
          <w:sz w:val="22"/>
        </w:rPr>
        <w:t xml:space="preserve"> vom </w:t>
      </w:r>
      <w:r>
        <w:rPr>
          <w:rFonts w:ascii="Arial" w:hAnsi="Arial"/>
          <w:b/>
          <w:color w:val="9A5B2E"/>
          <w:sz w:val="22"/>
        </w:rPr>
        <w:t>[Datum des Kostenvoranschlags]</w:t>
      </w:r>
    </w:p>
    <w:p>
      <w:pPr>
        <w:spacing w:after="200" w:before="0" w:line="300" w:lineRule="auto"/>
      </w:pPr>
      <w:r>
        <w:rPr>
          <w:rFonts w:ascii="Arial" w:hAnsi="Arial"/>
          <w:b w:val="0"/>
          <w:color w:val="14110F"/>
          <w:sz w:val="21"/>
        </w:rPr>
        <w:t xml:space="preserve">Guten Tag </w:t>
      </w:r>
      <w:r>
        <w:rPr>
          <w:rFonts w:ascii="Arial" w:hAnsi="Arial"/>
          <w:b w:val="0"/>
          <w:color w:val="9A5B2E"/>
          <w:sz w:val="21"/>
        </w:rPr>
        <w:t>[Anrede und Name]</w:t>
      </w:r>
      <w:r>
        <w:rPr>
          <w:rFonts w:ascii="Arial" w:hAnsi="Arial"/>
          <w:b w:val="0"/>
          <w:color w:val="14110F"/>
          <w:sz w:val="21"/>
        </w:rPr>
        <w:t>,</w:t>
      </w:r>
    </w:p>
    <w:p>
      <w:pPr>
        <w:spacing w:after="180" w:before="0" w:line="300" w:lineRule="auto"/>
      </w:pPr>
      <w:commentRangeStart w:id="1"/>
      <w:r>
        <w:rPr>
          <w:rFonts w:ascii="Arial" w:hAnsi="Arial"/>
          <w:b w:val="0"/>
          <w:color w:val="14110F"/>
          <w:sz w:val="21"/>
        </w:rPr>
        <w:t xml:space="preserve">bei den Arbeiten an </w:t>
      </w:r>
      <w:r>
        <w:rPr>
          <w:rFonts w:ascii="Arial" w:hAnsi="Arial"/>
          <w:b w:val="0"/>
          <w:color w:val="9A5B2E"/>
          <w:sz w:val="21"/>
        </w:rPr>
        <w:t>[Objekt]</w:t>
      </w:r>
      <w:r>
        <w:rPr>
          <w:rFonts w:ascii="Arial" w:hAnsi="Arial"/>
          <w:b w:val="0"/>
          <w:color w:val="14110F"/>
          <w:sz w:val="21"/>
        </w:rPr>
        <w:t xml:space="preserve"> hat sich gezeigt, dass </w:t>
      </w:r>
      <w:r>
        <w:rPr>
          <w:rFonts w:ascii="Arial" w:hAnsi="Arial"/>
          <w:b w:val="0"/>
          <w:color w:val="9A5B2E"/>
          <w:sz w:val="21"/>
        </w:rPr>
        <w:t>[Grund in einem Satz]</w:t>
      </w:r>
      <w:r>
        <w:rPr>
          <w:rFonts w:ascii="Arial" w:hAnsi="Arial"/>
          <w:b w:val="0"/>
          <w:color w:val="14110F"/>
          <w:sz w:val="21"/>
        </w:rPr>
        <w:t>.</w:t>
      </w:r>
      <w:commentRangeEnd w:id="1"/>
      <w:r>
        <w:rPr>
          <w:rStyle w:val="CommentReference"/>
        </w:rPr>
        <w:commentReference w:id="1"/>
      </w:r>
    </w:p>
    <w:p>
      <w:pPr>
        <w:spacing w:after="180" w:before="0" w:line="300" w:lineRule="auto"/>
      </w:pPr>
      <w:r>
        <w:rPr>
          <w:rFonts w:ascii="Arial" w:hAnsi="Arial"/>
          <w:b w:val="0"/>
          <w:color w:val="14110F"/>
          <w:sz w:val="21"/>
        </w:rPr>
        <w:t xml:space="preserve">Die Kosten werden den Kostenvoranschlag über </w:t>
      </w:r>
      <w:r>
        <w:rPr>
          <w:rFonts w:ascii="Arial" w:hAnsi="Arial"/>
          <w:b w:val="0"/>
          <w:color w:val="9A5B2E"/>
          <w:sz w:val="21"/>
        </w:rPr>
        <w:t>[Betrag laut Kostenvoranschlag]</w:t>
      </w:r>
      <w:r>
        <w:rPr>
          <w:rFonts w:ascii="Arial" w:hAnsi="Arial"/>
          <w:b w:val="0"/>
          <w:color w:val="14110F"/>
          <w:sz w:val="21"/>
        </w:rPr>
        <w:t xml:space="preserve"> Euro voraussichtlich um rund </w:t>
      </w:r>
      <w:r>
        <w:rPr>
          <w:rFonts w:ascii="Arial" w:hAnsi="Arial"/>
          <w:b w:val="0"/>
          <w:color w:val="9A5B2E"/>
          <w:sz w:val="21"/>
        </w:rPr>
        <w:t>[Mehrbetrag]</w:t>
      </w:r>
      <w:r>
        <w:rPr>
          <w:rFonts w:ascii="Arial" w:hAnsi="Arial"/>
          <w:b w:val="0"/>
          <w:color w:val="14110F"/>
          <w:sz w:val="21"/>
        </w:rPr>
        <w:t xml:space="preserve"> Euro überschreiten. Beide Beträge verstehen sich inklusive Umsatzsteuer. Die voraussichtlichen Gesamtkosten liegen damit bei </w:t>
      </w:r>
      <w:r>
        <w:rPr>
          <w:rFonts w:ascii="Arial" w:hAnsi="Arial"/>
          <w:b w:val="0"/>
          <w:color w:val="9A5B2E"/>
          <w:sz w:val="21"/>
        </w:rPr>
        <w:t>[neuer Gesamtbetrag]</w:t>
      </w:r>
      <w:r>
        <w:rPr>
          <w:rFonts w:ascii="Arial" w:hAnsi="Arial"/>
          <w:b w:val="0"/>
          <w:color w:val="14110F"/>
          <w:sz w:val="21"/>
        </w:rPr>
        <w:t xml:space="preserve"> Euro inklusive Umsatzsteuer.</w:t>
      </w:r>
    </w:p>
    <w:p>
      <w:pPr>
        <w:spacing w:after="180" w:before="0" w:line="300" w:lineRule="auto"/>
      </w:pPr>
      <w:commentRangeStart w:id="2"/>
      <w:r>
        <w:rPr>
          <w:rFonts w:ascii="Arial" w:hAnsi="Arial"/>
          <w:b w:val="0"/>
          <w:color w:val="14110F"/>
          <w:sz w:val="21"/>
        </w:rPr>
        <w:t xml:space="preserve">Bitte teilen Sie uns bis zum </w:t>
      </w:r>
      <w:r>
        <w:rPr>
          <w:rFonts w:ascii="Arial" w:hAnsi="Arial"/>
          <w:b w:val="0"/>
          <w:color w:val="9A5B2E"/>
          <w:sz w:val="21"/>
        </w:rPr>
        <w:t>[Datum der Rückmeldung]</w:t>
      </w:r>
      <w:r>
        <w:rPr>
          <w:rFonts w:ascii="Arial" w:hAnsi="Arial"/>
          <w:b w:val="0"/>
          <w:color w:val="14110F"/>
          <w:sz w:val="21"/>
        </w:rPr>
        <w:t xml:space="preserve"> mit, ob wir die Arbeiten wie beschrieben fortsetzen sollen. Bis dahin führen wir nur unaufschiebbare Arbeiten aus.</w:t>
      </w:r>
      <w:commentRangeEnd w:id="2"/>
      <w:r>
        <w:rPr>
          <w:rStyle w:val="CommentReference"/>
        </w:rPr>
        <w:commentReference w:id="2"/>
      </w:r>
    </w:p>
    <w:p>
      <w:pPr>
        <w:spacing w:after="180" w:before="0" w:line="300" w:lineRule="auto"/>
      </w:pPr>
      <w:r>
        <w:rPr>
          <w:rFonts w:ascii="Arial" w:hAnsi="Arial"/>
          <w:b w:val="0"/>
          <w:color w:val="14110F"/>
          <w:sz w:val="21"/>
        </w:rPr>
        <w:t xml:space="preserve">Gern erläutern wir Ihnen die Mehrkosten vor Ort. Sie erreichen uns unter </w:t>
      </w:r>
      <w:r>
        <w:rPr>
          <w:rFonts w:ascii="Arial" w:hAnsi="Arial"/>
          <w:b w:val="0"/>
          <w:color w:val="9A5B2E"/>
          <w:sz w:val="21"/>
        </w:rPr>
        <w:t>[Telefonnummer]</w:t>
      </w:r>
      <w:r>
        <w:rPr>
          <w:rFonts w:ascii="Arial" w:hAnsi="Arial"/>
          <w:b w:val="0"/>
          <w:color w:val="14110F"/>
          <w:sz w:val="21"/>
        </w:rPr>
        <w:t>.</w:t>
      </w:r>
    </w:p>
    <w:p>
      <w:pPr>
        <w:spacing w:after="600" w:before="80" w:line="300" w:lineRule="auto"/>
      </w:pPr>
      <w:r>
        <w:rPr>
          <w:rFonts w:ascii="Arial" w:hAnsi="Arial"/>
          <w:b w:val="0"/>
          <w:color w:val="14110F"/>
          <w:sz w:val="21"/>
        </w:rPr>
        <w:t>Freundliche Grüße</w:t>
      </w:r>
    </w:p>
    <w:p>
      <w:pPr>
        <w:spacing w:after="0" w:before="0" w:line="300" w:lineRule="auto"/>
      </w:pPr>
      <w:r>
        <w:rPr>
          <w:rFonts w:ascii="Arial" w:hAnsi="Arial"/>
          <w:b w:val="0"/>
          <w:color w:val="9A5B2E"/>
          <w:sz w:val="21"/>
        </w:rPr>
        <w:t>[Vorname Nachname]</w:t>
      </w:r>
    </w:p>
    <w:p>
      <w:pPr>
        <w:spacing w:after="0" w:before="0" w:line="300" w:lineRule="auto"/>
      </w:pPr>
      <w:r>
        <w:rPr>
          <w:rFonts w:ascii="Arial" w:hAnsi="Arial"/>
          <w:b w:val="0"/>
          <w:color w:val="9A5B2E"/>
          <w:sz w:val="19"/>
        </w:rPr>
        <w:t>[Firmenname]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814" w:left="1417" w:header="567" w:footer="567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AURA DESIGN LAB" w:initials="AURA" w:date="2026-10-15T15:40:34Z">
    <w:p>
      <w:pPr>
        <w:pStyle w:val="CommentText"/>
      </w:pPr>
      <w:r>
        <w:rPr>
          <w:rStyle w:val="CommentReference"/>
        </w:rPr>
        <w:annotationRef/>
      </w:r>
      <w:r>
        <w:t>Pflichtangaben im Briefkopf richten sich nach der Rechtsform: e. K. nach § 37a HGB, OHG und KG nach §§ 125, 177a HGB, GmbH nach § 35a GmbHG mit allen Geschäftsführern. Nicht eingetragene Betriebe sollten mindestens vollständigen Namen und Anschrift nennen und die Zeile Registergericht löschen. Rechtsstand 15.10.2026, Muster ohne Gewähr, keine Rechtsberatung.</w:t>
      </w:r>
    </w:p>
  </w:comment>
  <w:comment w:id="1" w:author="AURA DESIGN LAB" w:initials="AURA" w:date="2026-10-15T15:40:34Z">
    <w:p>
      <w:pPr>
        <w:pStyle w:val="CommentText"/>
      </w:pPr>
      <w:r>
        <w:rPr>
          <w:rStyle w:val="CommentReference"/>
        </w:rPr>
        <w:annotationRef/>
      </w:r>
      <w:r>
        <w:t>Zeichnet sich eine wesentliche Überschreitung ab, müssen Sie den Kunden unverzüglich informieren (§ 649 Abs. 2 BGB). Rufen Sie zuerst an und senden Sie diese Mitteilung danach als Nachweis. Fügen Sie Fotos des Befunds bei.</w:t>
      </w:r>
    </w:p>
  </w:comment>
  <w:comment w:id="2" w:author="AURA DESIGN LAB" w:initials="AURA" w:date="2026-10-15T15:40:34Z">
    <w:p>
      <w:pPr>
        <w:pStyle w:val="CommentText"/>
      </w:pPr>
      <w:r>
        <w:rPr>
          <w:rStyle w:val="CommentReference"/>
        </w:rPr>
        <w:annotationRef/>
      </w:r>
      <w:r>
        <w:t>Kündigt der Kunde wegen der Überschreitung, können Sie nur die Vergütung für Ihre bisherige Arbeit sowie nicht enthaltene Auslagen verlangen (§ 649 Abs. 1 BGB, § 645 Abs. 1 BGB).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space="6" w:color="D6CEC3"/>
      </w:pBdr>
      <w:tabs>
        <w:tab w:pos="3175" w:val="left"/>
        <w:tab w:pos="6350" w:val="left"/>
      </w:tabs>
      <w:spacing w:after="0" w:before="0" w:line="276" w:lineRule="auto"/>
    </w:pPr>
    <w:r>
      <w:rPr>
        <w:rFonts w:ascii="Arial" w:hAnsi="Arial"/>
        <w:b/>
        <w:color w:val="9A5B2E"/>
        <w:sz w:val="15"/>
      </w:rPr>
      <w:t>[Firmenname]</w:t>
    </w:r>
    <w:r>
      <w:tab/>
    </w:r>
    <w:r>
      <w:rPr>
        <w:rFonts w:ascii="Arial" w:hAnsi="Arial"/>
        <w:b w:val="0"/>
        <w:color w:val="9A5B2E"/>
        <w:sz w:val="15"/>
      </w:rPr>
      <w:t>[Bank]</w:t>
    </w:r>
    <w:r>
      <w:tab/>
    </w:r>
    <w:r>
      <w:rPr>
        <w:rFonts w:ascii="Arial" w:hAnsi="Arial"/>
        <w:b w:val="0"/>
        <w:color w:val="5F5A55"/>
        <w:sz w:val="15"/>
      </w:rPr>
      <w:t xml:space="preserve">Registergericht </w:t>
    </w:r>
    <w:r>
      <w:rPr>
        <w:rFonts w:ascii="Arial" w:hAnsi="Arial"/>
        <w:b w:val="0"/>
        <w:color w:val="9A5B2E"/>
        <w:sz w:val="15"/>
      </w:rPr>
      <w:t>[Gericht und Nummer]</w:t>
    </w:r>
  </w:p>
  <w:p>
    <w:pPr>
      <w:tabs>
        <w:tab w:pos="3175" w:val="left"/>
        <w:tab w:pos="6350" w:val="left"/>
      </w:tabs>
      <w:spacing w:after="0" w:before="0" w:line="276" w:lineRule="auto"/>
    </w:pPr>
    <w:r>
      <w:rPr>
        <w:rFonts w:ascii="Arial" w:hAnsi="Arial"/>
        <w:b w:val="0"/>
        <w:color w:val="9A5B2E"/>
        <w:sz w:val="15"/>
      </w:rPr>
      <w:t>[Inhaber oder alle Geschäftsführer]</w:t>
    </w:r>
    <w:r>
      <w:tab/>
    </w:r>
    <w:r>
      <w:rPr>
        <w:rFonts w:ascii="Arial" w:hAnsi="Arial"/>
        <w:b w:val="0"/>
        <w:color w:val="5F5A55"/>
        <w:sz w:val="15"/>
      </w:rPr>
      <w:t xml:space="preserve">IBAN </w:t>
    </w:r>
    <w:r>
      <w:rPr>
        <w:rFonts w:ascii="Arial" w:hAnsi="Arial"/>
        <w:b w:val="0"/>
        <w:color w:val="9A5B2E"/>
        <w:sz w:val="15"/>
      </w:rPr>
      <w:t>[IBAN]</w:t>
    </w:r>
    <w:r>
      <w:tab/>
    </w:r>
    <w:r>
      <w:rPr>
        <w:rFonts w:ascii="Arial" w:hAnsi="Arial"/>
        <w:b w:val="0"/>
        <w:color w:val="5F5A55"/>
        <w:sz w:val="15"/>
      </w:rPr>
      <w:t xml:space="preserve">USt-IdNr. </w:t>
    </w:r>
    <w:r>
      <w:rPr>
        <w:rFonts w:ascii="Arial" w:hAnsi="Arial"/>
        <w:b w:val="0"/>
        <w:color w:val="9A5B2E"/>
        <w:sz w:val="15"/>
      </w:rPr>
      <w:t>[Nummer]</w:t>
    </w:r>
  </w:p>
  <w:p>
    <w:pPr>
      <w:tabs>
        <w:tab w:pos="3175" w:val="left"/>
        <w:tab w:pos="6350" w:val="left"/>
      </w:tabs>
      <w:spacing w:after="0" w:before="0" w:line="276" w:lineRule="auto"/>
    </w:pPr>
    <w:r>
      <w:rPr>
        <w:rFonts w:ascii="Arial" w:hAnsi="Arial"/>
        <w:b w:val="0"/>
        <w:color w:val="5F5A55"/>
        <w:sz w:val="15"/>
      </w:rPr>
      <w:t xml:space="preserve">Sitz </w:t>
    </w:r>
    <w:r>
      <w:rPr>
        <w:rFonts w:ascii="Arial" w:hAnsi="Arial"/>
        <w:b w:val="0"/>
        <w:color w:val="9A5B2E"/>
        <w:sz w:val="15"/>
      </w:rPr>
      <w:t>[Ort des Sitzes]</w:t>
    </w:r>
    <w:r>
      <w:tab/>
    </w:r>
    <w:r>
      <w:rPr>
        <w:rFonts w:ascii="Arial" w:hAnsi="Arial"/>
        <w:b w:val="0"/>
        <w:color w:val="5F5A55"/>
        <w:sz w:val="15"/>
      </w:rPr>
      <w:t xml:space="preserve">BIC </w:t>
    </w:r>
    <w:r>
      <w:rPr>
        <w:rFonts w:ascii="Arial" w:hAnsi="Arial"/>
        <w:b w:val="0"/>
        <w:color w:val="9A5B2E"/>
        <w:sz w:val="15"/>
      </w:rPr>
      <w:t>[BIC]</w:t>
    </w:r>
    <w:r>
      <w:tab/>
    </w:r>
    <w:r>
      <w:rPr>
        <w:rFonts w:ascii="Arial" w:hAnsi="Arial"/>
        <w:b w:val="0"/>
        <w:color w:val="9A5B2E"/>
        <w:sz w:val="15"/>
      </w:rPr>
      <w:t>[Website]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354" w:val="right"/>
      </w:tabs>
      <w:spacing w:after="20" w:before="0" w:line="276" w:lineRule="auto"/>
    </w:pPr>
    <w:r>
      <w:rPr>
        <w:rFonts w:ascii="Arial" w:hAnsi="Arial"/>
        <w:b/>
        <w:color w:val="9A5B2E"/>
        <w:sz w:val="30"/>
      </w:rPr>
      <w:t>[Firmenname]</w:t>
    </w:r>
    <w:r>
      <w:tab/>
    </w:r>
    <w:r>
      <w:rPr>
        <w:rFonts w:ascii="Arial" w:hAnsi="Arial"/>
        <w:b w:val="0"/>
        <w:color w:val="9A5B2E"/>
        <w:sz w:val="17"/>
      </w:rPr>
      <w:t>[Straße Hausnummer]</w:t>
    </w:r>
    <w:r>
      <w:rPr>
        <w:rFonts w:ascii="Arial" w:hAnsi="Arial"/>
        <w:b w:val="0"/>
        <w:color w:val="5F5A55"/>
        <w:sz w:val="17"/>
      </w:rPr>
      <w:t xml:space="preserve"> · </w:t>
    </w:r>
    <w:r>
      <w:rPr>
        <w:rFonts w:ascii="Arial" w:hAnsi="Arial"/>
        <w:b w:val="0"/>
        <w:color w:val="9A5B2E"/>
        <w:sz w:val="17"/>
      </w:rPr>
      <w:t>[PLZ Ort]</w:t>
    </w:r>
  </w:p>
  <w:p>
    <w:pPr>
      <w:tabs>
        <w:tab w:pos="9354" w:val="right"/>
      </w:tabs>
      <w:spacing w:after="0" w:before="0" w:line="276" w:lineRule="auto"/>
    </w:pPr>
    <w:r>
      <w:rPr>
        <w:rFonts w:ascii="Arial" w:hAnsi="Arial"/>
        <w:b w:val="0"/>
        <w:color w:val="9A5B2E"/>
        <w:sz w:val="19"/>
      </w:rPr>
      <w:t>[Gewerk oder Zusatz]</w:t>
    </w:r>
    <w:r>
      <w:tab/>
    </w:r>
    <w:r>
      <w:rPr>
        <w:rFonts w:ascii="Arial" w:hAnsi="Arial"/>
        <w:b w:val="0"/>
        <w:color w:val="5F5A55"/>
        <w:sz w:val="17"/>
      </w:rPr>
      <w:t xml:space="preserve">Telefon </w:t>
    </w:r>
    <w:r>
      <w:rPr>
        <w:rFonts w:ascii="Arial" w:hAnsi="Arial"/>
        <w:b w:val="0"/>
        <w:color w:val="9A5B2E"/>
        <w:sz w:val="17"/>
      </w:rPr>
      <w:t>[Telefonnummer]</w:t>
    </w:r>
    <w:r>
      <w:rPr>
        <w:rFonts w:ascii="Arial" w:hAnsi="Arial"/>
        <w:b w:val="0"/>
        <w:color w:val="5F5A55"/>
        <w:sz w:val="17"/>
      </w:rPr>
      <w:t xml:space="preserve"> · </w:t>
    </w:r>
    <w:r>
      <w:rPr>
        <w:rFonts w:ascii="Arial" w:hAnsi="Arial"/>
        <w:b w:val="0"/>
        <w:color w:val="9A5B2E"/>
        <w:sz w:val="17"/>
      </w:rPr>
      <w:t>[E-Mail]</w:t>
    </w:r>
  </w:p>
  <w:p>
    <w:pPr>
      <w:pBdr>
        <w:bottom w:val="single" w:sz="4" w:space="6" w:color="D6CEC3"/>
      </w:pBdr>
      <w:spacing w:after="8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Mehrkosten-Anzeige</dc:title>
  <dc:subject/>
  <dc:creator>AURA DESIGN LAB</dc:creator>
  <cp:keywords/>
  <dc:description>Kostenlose Vorlage von auradesignlab.com/ratgeber/angebot-kostenvoranschlag-handwerk/. Muster ohne Gewähr, keine Rechtsberatung.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