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 w:before="0" w:line="300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113" w:type="dxa"/>
        </w:tblCellMar>
        <w:tblLayout w:type="fixed"/>
      </w:tblPr>
      <w:tblGrid>
        <w:gridCol w:w="5669"/>
        <w:gridCol w:w="3685"/>
      </w:tblGrid>
      <w:tr>
        <w:tc>
          <w:tcPr>
            <w:tcW w:type="dxa" w:w="5669"/>
          </w:tcPr>
          <w:p>
            <w:pPr>
              <w:spacing w:after="120"/>
            </w:pPr>
            <w:commentRangeStart w:id="0"/>
            <w:r/>
            <w:r>
              <w:rPr>
                <w:rFonts w:ascii="Arial" w:hAnsi="Arial"/>
                <w:b w:val="0"/>
                <w:color w:val="9A5B2E"/>
                <w:sz w:val="14"/>
              </w:rPr>
              <w:t>[Firmenname]</w:t>
            </w:r>
            <w:r>
              <w:rPr>
                <w:rFonts w:ascii="Arial" w:hAnsi="Arial"/>
                <w:b w:val="0"/>
                <w:color w:val="5F5A55"/>
                <w:sz w:val="14"/>
              </w:rPr>
              <w:t xml:space="preserve"> · </w:t>
            </w:r>
            <w:r>
              <w:rPr>
                <w:rFonts w:ascii="Arial" w:hAnsi="Arial"/>
                <w:b w:val="0"/>
                <w:color w:val="9A5B2E"/>
                <w:sz w:val="14"/>
              </w:rPr>
              <w:t>[Straße Hausnummer]</w:t>
            </w:r>
            <w:r>
              <w:rPr>
                <w:rFonts w:ascii="Arial" w:hAnsi="Arial"/>
                <w:b w:val="0"/>
                <w:color w:val="5F5A55"/>
                <w:sz w:val="14"/>
              </w:rPr>
              <w:t xml:space="preserve"> · </w:t>
            </w:r>
            <w:r>
              <w:rPr>
                <w:rFonts w:ascii="Arial" w:hAnsi="Arial"/>
                <w:b w:val="0"/>
                <w:color w:val="9A5B2E"/>
                <w:sz w:val="14"/>
              </w:rPr>
              <w:t>[PLZ Ort]</w:t>
            </w:r>
            <w:commentRangeEnd w:id="0"/>
            <w:r>
              <w:rPr>
                <w:rStyle w:val="CommentReference"/>
              </w:rPr>
              <w:commentReference w:id="0"/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[Anrede und Name]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[Straße Hausnummer]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[PLZ Ort]</w:t>
            </w:r>
          </w:p>
        </w:tc>
        <w:tc>
          <w:tcPr>
            <w:tcW w:type="dxa" w:w="3685"/>
          </w:tcPr>
          <w:p>
            <w:pPr>
              <w:spacing w:after="0" w:line="276" w:lineRule="auto"/>
            </w:pPr>
            <w:r/>
            <w:r>
              <w:rPr>
                <w:rFonts w:ascii="Arial" w:hAnsi="Arial"/>
                <w:b w:val="0"/>
                <w:color w:val="5F5A55"/>
                <w:sz w:val="17"/>
              </w:rPr>
              <w:t>Ihr Ansprechpartner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[Vorname Nachname]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5F5A55"/>
                <w:sz w:val="17"/>
              </w:rPr>
              <w:t xml:space="preserve">Telefon </w:t>
            </w:r>
            <w:r>
              <w:rPr>
                <w:rFonts w:ascii="Arial" w:hAnsi="Arial"/>
                <w:b w:val="0"/>
                <w:color w:val="9A5B2E"/>
                <w:sz w:val="17"/>
              </w:rPr>
              <w:t>[Telefonnummer]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[E-Mail]</w:t>
            </w: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5F5A55"/>
                <w:sz w:val="17"/>
              </w:rPr>
              <w:t>Datum</w:t>
            </w:r>
          </w:p>
          <w:p>
            <w:pPr>
              <w:spacing w:after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[Datum des Schreibens]</w:t>
            </w:r>
          </w:p>
        </w:tc>
      </w:tr>
    </w:tbl>
    <w:p>
      <w:pPr>
        <w:spacing w:after="200" w:before="0" w:line="300" w:lineRule="auto"/>
      </w:pPr>
    </w:p>
    <w:p>
      <w:pPr>
        <w:spacing w:after="280" w:before="0" w:line="300" w:lineRule="auto"/>
      </w:pPr>
      <w:r>
        <w:rPr>
          <w:rFonts w:ascii="Arial" w:hAnsi="Arial"/>
          <w:b/>
          <w:color w:val="14110F"/>
          <w:sz w:val="22"/>
        </w:rPr>
        <w:t xml:space="preserve">Zahlungserinnerung zur Rechnung Nr. </w:t>
      </w:r>
      <w:r>
        <w:rPr>
          <w:rFonts w:ascii="Arial" w:hAnsi="Arial"/>
          <w:b/>
          <w:color w:val="9A5B2E"/>
          <w:sz w:val="22"/>
        </w:rPr>
        <w:t>[Rechnungsnummer]</w:t>
      </w:r>
      <w:r>
        <w:rPr>
          <w:rFonts w:ascii="Arial" w:hAnsi="Arial"/>
          <w:b/>
          <w:color w:val="14110F"/>
          <w:sz w:val="22"/>
        </w:rPr>
        <w:t xml:space="preserve"> vom </w:t>
      </w:r>
      <w:r>
        <w:rPr>
          <w:rFonts w:ascii="Arial" w:hAnsi="Arial"/>
          <w:b/>
          <w:color w:val="9A5B2E"/>
          <w:sz w:val="22"/>
        </w:rPr>
        <w:t>[Rechnungsdatum]</w:t>
      </w:r>
    </w:p>
    <w:p>
      <w:pPr>
        <w:spacing w:after="200" w:before="0" w:line="300" w:lineRule="auto"/>
      </w:pPr>
      <w:r>
        <w:rPr>
          <w:rFonts w:ascii="Arial" w:hAnsi="Arial"/>
          <w:b w:val="0"/>
          <w:color w:val="14110F"/>
          <w:sz w:val="21"/>
        </w:rPr>
        <w:t xml:space="preserve">Guten Tag </w:t>
      </w:r>
      <w:r>
        <w:rPr>
          <w:rFonts w:ascii="Arial" w:hAnsi="Arial"/>
          <w:b w:val="0"/>
          <w:color w:val="9A5B2E"/>
          <w:sz w:val="21"/>
        </w:rPr>
        <w:t>[Anrede und Name]</w:t>
      </w:r>
      <w:r>
        <w:rPr>
          <w:rFonts w:ascii="Arial" w:hAnsi="Arial"/>
          <w:b w:val="0"/>
          <w:color w:val="14110F"/>
          <w:sz w:val="21"/>
        </w:rPr>
        <w:t>,</w:t>
      </w:r>
    </w:p>
    <w:p>
      <w:pPr>
        <w:spacing w:after="180" w:before="0" w:line="300" w:lineRule="auto"/>
      </w:pPr>
      <w:r>
        <w:rPr>
          <w:rFonts w:ascii="Arial" w:hAnsi="Arial"/>
          <w:b w:val="0"/>
          <w:color w:val="14110F"/>
          <w:sz w:val="21"/>
        </w:rPr>
        <w:t xml:space="preserve">vielen Dank für Ihren Auftrag. Unsere Rechnung Nr. </w:t>
      </w:r>
      <w:r>
        <w:rPr>
          <w:rFonts w:ascii="Arial" w:hAnsi="Arial"/>
          <w:b w:val="0"/>
          <w:color w:val="9A5B2E"/>
          <w:sz w:val="21"/>
        </w:rPr>
        <w:t>[Rechnungsnummer]</w:t>
      </w:r>
      <w:r>
        <w:rPr>
          <w:rFonts w:ascii="Arial" w:hAnsi="Arial"/>
          <w:b w:val="0"/>
          <w:color w:val="14110F"/>
          <w:sz w:val="21"/>
        </w:rPr>
        <w:t xml:space="preserve"> über </w:t>
      </w:r>
      <w:r>
        <w:rPr>
          <w:rFonts w:ascii="Arial" w:hAnsi="Arial"/>
          <w:b w:val="0"/>
          <w:color w:val="9A5B2E"/>
          <w:sz w:val="21"/>
        </w:rPr>
        <w:t>[Betrag]</w:t>
      </w:r>
      <w:r>
        <w:rPr>
          <w:rFonts w:ascii="Arial" w:hAnsi="Arial"/>
          <w:b w:val="0"/>
          <w:color w:val="14110F"/>
          <w:sz w:val="21"/>
        </w:rPr>
        <w:t xml:space="preserve"> Euro ist noch offen. Vielleicht ist sie im Alltag untergegangen.</w:t>
      </w:r>
    </w:p>
    <w:p>
      <w:pPr>
        <w:spacing w:after="180" w:before="0" w:line="300" w:lineRule="auto"/>
      </w:pPr>
      <w:commentRangeStart w:id="1"/>
      <w:r>
        <w:rPr>
          <w:rFonts w:ascii="Arial" w:hAnsi="Arial"/>
          <w:b w:val="0"/>
          <w:color w:val="9A5B2E"/>
          <w:sz w:val="21"/>
        </w:rPr>
        <w:t>[Leistung in einem Satz]</w:t>
      </w:r>
      <w:r>
        <w:rPr>
          <w:rFonts w:ascii="Arial" w:hAnsi="Arial"/>
          <w:b w:val="0"/>
          <w:color w:val="14110F"/>
          <w:sz w:val="21"/>
        </w:rPr>
        <w:t xml:space="preserve"> wurde am </w:t>
      </w:r>
      <w:r>
        <w:rPr>
          <w:rFonts w:ascii="Arial" w:hAnsi="Arial"/>
          <w:b w:val="0"/>
          <w:color w:val="9A5B2E"/>
          <w:sz w:val="21"/>
        </w:rPr>
        <w:t>[Datum der Abnahme]</w:t>
      </w:r>
      <w:r>
        <w:rPr>
          <w:rFonts w:ascii="Arial" w:hAnsi="Arial"/>
          <w:b w:val="0"/>
          <w:color w:val="14110F"/>
          <w:sz w:val="21"/>
        </w:rPr>
        <w:t xml:space="preserve"> von Ihnen abgenommen.</w:t>
      </w:r>
      <w:commentRangeEnd w:id="1"/>
      <w:r>
        <w:rPr>
          <w:rStyle w:val="CommentReference"/>
        </w:rPr>
        <w:commentReference w:id="1"/>
      </w:r>
    </w:p>
    <w:p>
      <w:pPr>
        <w:spacing w:after="180" w:before="0" w:line="300" w:lineRule="auto"/>
      </w:pPr>
      <w:commentRangeStart w:id="2"/>
      <w:r>
        <w:rPr>
          <w:rFonts w:ascii="Arial" w:hAnsi="Arial"/>
          <w:b w:val="0"/>
          <w:color w:val="14110F"/>
          <w:sz w:val="21"/>
        </w:rPr>
        <w:t xml:space="preserve">Bitte überweisen Sie den Betrag bis zum </w:t>
      </w:r>
      <w:r>
        <w:rPr>
          <w:rFonts w:ascii="Arial" w:hAnsi="Arial"/>
          <w:b w:val="0"/>
          <w:color w:val="9A5B2E"/>
          <w:sz w:val="21"/>
        </w:rPr>
        <w:t>[Datum der Frist]</w:t>
      </w:r>
      <w:r>
        <w:rPr>
          <w:rFonts w:ascii="Arial" w:hAnsi="Arial"/>
          <w:b w:val="0"/>
          <w:color w:val="14110F"/>
          <w:sz w:val="21"/>
        </w:rPr>
        <w:t xml:space="preserve"> auf unser unten genanntes Konto. Haben Sie bereits gezahlt, betrachten Sie dieses Schreiben bitte als gegenstandslos.</w:t>
      </w:r>
      <w:commentRangeEnd w:id="2"/>
      <w:r>
        <w:rPr>
          <w:rStyle w:val="CommentReference"/>
        </w:rPr>
        <w:commentReference w:id="2"/>
      </w:r>
    </w:p>
    <w:p>
      <w:pPr>
        <w:spacing w:after="180" w:before="0" w:line="300" w:lineRule="auto"/>
      </w:pPr>
      <w:r>
        <w:rPr>
          <w:rFonts w:ascii="Arial" w:hAnsi="Arial"/>
          <w:b w:val="0"/>
          <w:color w:val="14110F"/>
          <w:sz w:val="21"/>
        </w:rPr>
        <w:t>Haben Sie Fragen zur Rechnung, erreichen Sie uns gern telefonisch.</w:t>
      </w:r>
    </w:p>
    <w:p>
      <w:pPr>
        <w:spacing w:after="600" w:before="80" w:line="300" w:lineRule="auto"/>
      </w:pPr>
      <w:r>
        <w:rPr>
          <w:rFonts w:ascii="Arial" w:hAnsi="Arial"/>
          <w:b w:val="0"/>
          <w:color w:val="14110F"/>
          <w:sz w:val="21"/>
        </w:rPr>
        <w:t>Freundliche Grüße</w:t>
      </w:r>
    </w:p>
    <w:p>
      <w:pPr>
        <w:spacing w:after="0" w:before="0" w:line="300" w:lineRule="auto"/>
      </w:pPr>
      <w:r>
        <w:rPr>
          <w:rFonts w:ascii="Arial" w:hAnsi="Arial"/>
          <w:b w:val="0"/>
          <w:color w:val="9A5B2E"/>
          <w:sz w:val="21"/>
        </w:rPr>
        <w:t>[Vorname Nachname]</w:t>
      </w:r>
    </w:p>
    <w:p>
      <w:pPr>
        <w:spacing w:after="0" w:before="0" w:line="300" w:lineRule="auto"/>
      </w:pPr>
      <w:r>
        <w:rPr>
          <w:rFonts w:ascii="Arial" w:hAnsi="Arial"/>
          <w:b w:val="0"/>
          <w:color w:val="9A5B2E"/>
          <w:sz w:val="19"/>
        </w:rPr>
        <w:t>[Firmenname]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814" w:left="1417" w:header="567" w:footer="567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Pflichtangaben im Briefkopf richten sich nach der Rechtsform: e. K. nach § 37a HGB, OHG und KG nach §§ 125, 177a HGB, GmbH nach § 35a GmbHG mit allen Geschäftsführern. Nicht eingetragene Betriebe sollten mindestens vollständigen Namen und Anschrift nennen und die Zeile zum Registergericht löschen. Rechtsstand 15.10.2026, Muster ohne Gewähr, keine Rechtsberatung.</w:t>
      </w:r>
    </w:p>
  </w:comment>
  <w:comment w:id="1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Gab es keine ausdrückliche Abnahme, passen Sie den Satz an. Nennen Sie zum Beispiel das Datum der Fertigstellung.</w:t>
      </w:r>
    </w:p>
  </w:comment>
  <w:comment w:id="2" w:author="AURA DESIGN LAB" w:initials="AURA" w:date="2026-10-15T14:19:48Z">
    <w:p>
      <w:pPr>
        <w:pStyle w:val="CommentText"/>
      </w:pPr>
      <w:r>
        <w:rPr>
          <w:rStyle w:val="CommentReference"/>
        </w:rPr>
        <w:annotationRef/>
      </w:r>
      <w:r>
        <w:t>Geben Sie die Frist immer als Kalenderdatum an, nicht als „in 10 Tagen“. Die Erinnerung enthält bewusst keine Zinsen und keine Pauschale.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D6CEC3"/>
      </w:pBd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/>
        <w:color w:val="9A5B2E"/>
        <w:sz w:val="15"/>
      </w:rPr>
      <w:t>[Firmenname]</w:t>
    </w:r>
    <w:r>
      <w:tab/>
    </w:r>
    <w:r>
      <w:rPr>
        <w:rFonts w:ascii="Arial" w:hAnsi="Arial"/>
        <w:b w:val="0"/>
        <w:color w:val="9A5B2E"/>
        <w:sz w:val="15"/>
      </w:rPr>
      <w:t>[Bank]</w:t>
    </w:r>
    <w:r>
      <w:tab/>
    </w:r>
    <w:r>
      <w:rPr>
        <w:rFonts w:ascii="Arial" w:hAnsi="Arial"/>
        <w:b w:val="0"/>
        <w:color w:val="5F5A55"/>
        <w:sz w:val="15"/>
      </w:rPr>
      <w:t xml:space="preserve">Registergericht </w:t>
    </w:r>
    <w:r>
      <w:rPr>
        <w:rFonts w:ascii="Arial" w:hAnsi="Arial"/>
        <w:b w:val="0"/>
        <w:color w:val="9A5B2E"/>
        <w:sz w:val="15"/>
      </w:rPr>
      <w:t>[Gericht und Nummer]</w:t>
    </w:r>
  </w:p>
  <w:p>
    <w:pP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 w:val="0"/>
        <w:color w:val="9A5B2E"/>
        <w:sz w:val="15"/>
      </w:rPr>
      <w:t>[Inhaber oder alle Geschäftsführer]</w:t>
    </w:r>
    <w:r>
      <w:tab/>
    </w:r>
    <w:r>
      <w:rPr>
        <w:rFonts w:ascii="Arial" w:hAnsi="Arial"/>
        <w:b w:val="0"/>
        <w:color w:val="5F5A55"/>
        <w:sz w:val="15"/>
      </w:rPr>
      <w:t xml:space="preserve">IBAN </w:t>
    </w:r>
    <w:r>
      <w:rPr>
        <w:rFonts w:ascii="Arial" w:hAnsi="Arial"/>
        <w:b w:val="0"/>
        <w:color w:val="9A5B2E"/>
        <w:sz w:val="15"/>
      </w:rPr>
      <w:t>[IBAN]</w:t>
    </w:r>
    <w:r>
      <w:tab/>
    </w:r>
    <w:r>
      <w:rPr>
        <w:rFonts w:ascii="Arial" w:hAnsi="Arial"/>
        <w:b w:val="0"/>
        <w:color w:val="5F5A55"/>
        <w:sz w:val="15"/>
      </w:rPr>
      <w:t xml:space="preserve">USt-IdNr. </w:t>
    </w:r>
    <w:r>
      <w:rPr>
        <w:rFonts w:ascii="Arial" w:hAnsi="Arial"/>
        <w:b w:val="0"/>
        <w:color w:val="9A5B2E"/>
        <w:sz w:val="15"/>
      </w:rPr>
      <w:t>[Nummer]</w:t>
    </w:r>
  </w:p>
  <w:p>
    <w:pP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 w:val="0"/>
        <w:color w:val="5F5A55"/>
        <w:sz w:val="15"/>
      </w:rPr>
      <w:t xml:space="preserve">Sitz </w:t>
    </w:r>
    <w:r>
      <w:rPr>
        <w:rFonts w:ascii="Arial" w:hAnsi="Arial"/>
        <w:b w:val="0"/>
        <w:color w:val="9A5B2E"/>
        <w:sz w:val="15"/>
      </w:rPr>
      <w:t>[Ort des Sitzes]</w:t>
    </w:r>
    <w:r>
      <w:tab/>
    </w:r>
    <w:r>
      <w:rPr>
        <w:rFonts w:ascii="Arial" w:hAnsi="Arial"/>
        <w:b w:val="0"/>
        <w:color w:val="5F5A55"/>
        <w:sz w:val="15"/>
      </w:rPr>
      <w:t xml:space="preserve">BIC </w:t>
    </w:r>
    <w:r>
      <w:rPr>
        <w:rFonts w:ascii="Arial" w:hAnsi="Arial"/>
        <w:b w:val="0"/>
        <w:color w:val="9A5B2E"/>
        <w:sz w:val="15"/>
      </w:rPr>
      <w:t>[BIC]</w:t>
    </w:r>
    <w:r>
      <w:tab/>
    </w:r>
    <w:r>
      <w:rPr>
        <w:rFonts w:ascii="Arial" w:hAnsi="Arial"/>
        <w:b w:val="0"/>
        <w:color w:val="9A5B2E"/>
        <w:sz w:val="15"/>
      </w:rPr>
      <w:t>[Website]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54" w:val="right"/>
      </w:tabs>
      <w:spacing w:after="20" w:before="0" w:line="276" w:lineRule="auto"/>
    </w:pPr>
    <w:r>
      <w:rPr>
        <w:rFonts w:ascii="Arial" w:hAnsi="Arial"/>
        <w:b/>
        <w:color w:val="9A5B2E"/>
        <w:sz w:val="30"/>
      </w:rPr>
      <w:t>[Firmenname]</w:t>
    </w:r>
    <w:r>
      <w:tab/>
    </w:r>
    <w:r>
      <w:rPr>
        <w:rFonts w:ascii="Arial" w:hAnsi="Arial"/>
        <w:b w:val="0"/>
        <w:color w:val="9A5B2E"/>
        <w:sz w:val="17"/>
      </w:rPr>
      <w:t>[Straße Hausnummer]</w:t>
    </w:r>
    <w:r>
      <w:rPr>
        <w:rFonts w:ascii="Arial" w:hAnsi="Arial"/>
        <w:b w:val="0"/>
        <w:color w:val="5F5A55"/>
        <w:sz w:val="17"/>
      </w:rPr>
      <w:t xml:space="preserve"> · </w:t>
    </w:r>
    <w:r>
      <w:rPr>
        <w:rFonts w:ascii="Arial" w:hAnsi="Arial"/>
        <w:b w:val="0"/>
        <w:color w:val="9A5B2E"/>
        <w:sz w:val="17"/>
      </w:rPr>
      <w:t>[PLZ Ort]</w:t>
    </w:r>
  </w:p>
  <w:p>
    <w:pPr>
      <w:tabs>
        <w:tab w:pos="9354" w:val="right"/>
      </w:tabs>
      <w:spacing w:after="0" w:before="0" w:line="276" w:lineRule="auto"/>
    </w:pPr>
    <w:r>
      <w:rPr>
        <w:rFonts w:ascii="Arial" w:hAnsi="Arial"/>
        <w:b w:val="0"/>
        <w:color w:val="9A5B2E"/>
        <w:sz w:val="19"/>
      </w:rPr>
      <w:t>[Gewerk oder Zusatz]</w:t>
    </w:r>
    <w:r>
      <w:tab/>
    </w:r>
    <w:r>
      <w:rPr>
        <w:rFonts w:ascii="Arial" w:hAnsi="Arial"/>
        <w:b w:val="0"/>
        <w:color w:val="5F5A55"/>
        <w:sz w:val="17"/>
      </w:rPr>
      <w:t xml:space="preserve">Telefon </w:t>
    </w:r>
    <w:r>
      <w:rPr>
        <w:rFonts w:ascii="Arial" w:hAnsi="Arial"/>
        <w:b w:val="0"/>
        <w:color w:val="9A5B2E"/>
        <w:sz w:val="17"/>
      </w:rPr>
      <w:t>[Telefonnummer]</w:t>
    </w:r>
    <w:r>
      <w:rPr>
        <w:rFonts w:ascii="Arial" w:hAnsi="Arial"/>
        <w:b w:val="0"/>
        <w:color w:val="5F5A55"/>
        <w:sz w:val="17"/>
      </w:rPr>
      <w:t xml:space="preserve"> · </w:t>
    </w:r>
    <w:r>
      <w:rPr>
        <w:rFonts w:ascii="Arial" w:hAnsi="Arial"/>
        <w:b w:val="0"/>
        <w:color w:val="9A5B2E"/>
        <w:sz w:val="17"/>
      </w:rPr>
      <w:t>[E-Mail]</w:t>
    </w:r>
  </w:p>
  <w:p>
    <w:pPr>
      <w:pBdr>
        <w:bottom w:val="single" w:sz="4" w:space="6" w:color="D6CEC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Zahlungserinnerung</dc:title>
  <dc:subject/>
  <dc:creator>AURA DESIGN LAB</dc:creator>
  <cp:keywords/>
  <dc:description>Kostenlose Vorlage von auradesignlab.com/ratgeber/mahnung-schreiben-handwerk/. Muster ohne Gewähr, keine Rechtsberatung.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